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88F33" w14:textId="6D62D962" w:rsidR="00FE1E7C" w:rsidRPr="00F20A73" w:rsidRDefault="0064329E" w:rsidP="00F20A73">
      <w:pPr>
        <w:pStyle w:val="Nadpis1"/>
        <w:spacing w:before="120" w:line="360" w:lineRule="auto"/>
        <w:jc w:val="center"/>
        <w:rPr>
          <w:rFonts w:ascii="Arial" w:hAnsi="Arial" w:cs="Arial"/>
          <w:color w:val="auto"/>
          <w:sz w:val="32"/>
          <w:szCs w:val="24"/>
        </w:rPr>
      </w:pPr>
      <w:proofErr w:type="spellStart"/>
      <w:r w:rsidRPr="00F20A73">
        <w:rPr>
          <w:rFonts w:ascii="Arial" w:hAnsi="Arial" w:cs="Arial"/>
          <w:color w:val="auto"/>
          <w:sz w:val="32"/>
          <w:szCs w:val="24"/>
        </w:rPr>
        <w:t>Informace</w:t>
      </w:r>
      <w:proofErr w:type="spellEnd"/>
      <w:r w:rsidRPr="00F20A73">
        <w:rPr>
          <w:rFonts w:ascii="Arial" w:hAnsi="Arial" w:cs="Arial"/>
          <w:color w:val="auto"/>
          <w:sz w:val="32"/>
          <w:szCs w:val="24"/>
        </w:rPr>
        <w:t xml:space="preserve"> pro</w:t>
      </w:r>
      <w:r w:rsidR="00F20A73">
        <w:rPr>
          <w:rFonts w:ascii="Arial" w:hAnsi="Arial" w:cs="Arial"/>
          <w:color w:val="auto"/>
          <w:sz w:val="32"/>
          <w:szCs w:val="24"/>
        </w:rPr>
        <w:t xml:space="preserve"> </w:t>
      </w:r>
      <w:proofErr w:type="spellStart"/>
      <w:r w:rsidR="00F20A73">
        <w:rPr>
          <w:rFonts w:ascii="Arial" w:hAnsi="Arial" w:cs="Arial"/>
          <w:color w:val="auto"/>
          <w:sz w:val="32"/>
          <w:szCs w:val="24"/>
        </w:rPr>
        <w:t>z</w:t>
      </w:r>
      <w:r w:rsidR="00D014AF" w:rsidRPr="00F20A73">
        <w:rPr>
          <w:rFonts w:ascii="Arial" w:hAnsi="Arial" w:cs="Arial"/>
          <w:color w:val="auto"/>
          <w:sz w:val="32"/>
          <w:szCs w:val="24"/>
        </w:rPr>
        <w:t>ákonné</w:t>
      </w:r>
      <w:proofErr w:type="spellEnd"/>
      <w:r w:rsidR="00D014AF" w:rsidRPr="00F20A73">
        <w:rPr>
          <w:rFonts w:ascii="Arial" w:hAnsi="Arial" w:cs="Arial"/>
          <w:color w:val="auto"/>
          <w:sz w:val="32"/>
          <w:szCs w:val="24"/>
        </w:rPr>
        <w:t xml:space="preserve"> </w:t>
      </w:r>
      <w:proofErr w:type="spellStart"/>
      <w:r w:rsidR="00D014AF" w:rsidRPr="00F20A73">
        <w:rPr>
          <w:rFonts w:ascii="Arial" w:hAnsi="Arial" w:cs="Arial"/>
          <w:color w:val="auto"/>
          <w:sz w:val="32"/>
          <w:szCs w:val="24"/>
        </w:rPr>
        <w:t>zástupce</w:t>
      </w:r>
      <w:proofErr w:type="spellEnd"/>
      <w:r w:rsidRPr="00F20A73">
        <w:rPr>
          <w:rFonts w:ascii="Arial" w:hAnsi="Arial" w:cs="Arial"/>
          <w:color w:val="auto"/>
          <w:sz w:val="32"/>
          <w:szCs w:val="24"/>
        </w:rPr>
        <w:t xml:space="preserve">– </w:t>
      </w:r>
      <w:proofErr w:type="spellStart"/>
      <w:r w:rsidR="00713C53" w:rsidRPr="00F20A73">
        <w:rPr>
          <w:rFonts w:ascii="Arial" w:hAnsi="Arial" w:cs="Arial"/>
          <w:color w:val="auto"/>
          <w:sz w:val="32"/>
          <w:szCs w:val="24"/>
        </w:rPr>
        <w:t>o</w:t>
      </w:r>
      <w:r w:rsidRPr="00F20A73">
        <w:rPr>
          <w:rFonts w:ascii="Arial" w:hAnsi="Arial" w:cs="Arial"/>
          <w:color w:val="auto"/>
          <w:sz w:val="32"/>
          <w:szCs w:val="24"/>
        </w:rPr>
        <w:t>dklad</w:t>
      </w:r>
      <w:proofErr w:type="spellEnd"/>
      <w:r w:rsidRPr="00F20A73">
        <w:rPr>
          <w:rFonts w:ascii="Arial" w:hAnsi="Arial" w:cs="Arial"/>
          <w:color w:val="auto"/>
          <w:sz w:val="32"/>
          <w:szCs w:val="24"/>
        </w:rPr>
        <w:t xml:space="preserve"> </w:t>
      </w:r>
      <w:proofErr w:type="spellStart"/>
      <w:r w:rsidRPr="00F20A73">
        <w:rPr>
          <w:rFonts w:ascii="Arial" w:hAnsi="Arial" w:cs="Arial"/>
          <w:color w:val="auto"/>
          <w:sz w:val="32"/>
          <w:szCs w:val="24"/>
        </w:rPr>
        <w:t>povinné</w:t>
      </w:r>
      <w:proofErr w:type="spellEnd"/>
      <w:r w:rsidRPr="00F20A73">
        <w:rPr>
          <w:rFonts w:ascii="Arial" w:hAnsi="Arial" w:cs="Arial"/>
          <w:color w:val="auto"/>
          <w:sz w:val="32"/>
          <w:szCs w:val="24"/>
        </w:rPr>
        <w:t xml:space="preserve"> </w:t>
      </w:r>
      <w:proofErr w:type="spellStart"/>
      <w:r w:rsidRPr="00F20A73">
        <w:rPr>
          <w:rFonts w:ascii="Arial" w:hAnsi="Arial" w:cs="Arial"/>
          <w:color w:val="auto"/>
          <w:sz w:val="32"/>
          <w:szCs w:val="24"/>
        </w:rPr>
        <w:t>školní</w:t>
      </w:r>
      <w:proofErr w:type="spellEnd"/>
      <w:r w:rsidRPr="00F20A73">
        <w:rPr>
          <w:rFonts w:ascii="Arial" w:hAnsi="Arial" w:cs="Arial"/>
          <w:color w:val="auto"/>
          <w:sz w:val="32"/>
          <w:szCs w:val="24"/>
        </w:rPr>
        <w:t xml:space="preserve"> </w:t>
      </w:r>
      <w:proofErr w:type="spellStart"/>
      <w:r w:rsidRPr="00F20A73">
        <w:rPr>
          <w:rFonts w:ascii="Arial" w:hAnsi="Arial" w:cs="Arial"/>
          <w:color w:val="auto"/>
          <w:sz w:val="32"/>
          <w:szCs w:val="24"/>
        </w:rPr>
        <w:t>docházky</w:t>
      </w:r>
      <w:proofErr w:type="spellEnd"/>
      <w:r w:rsidRPr="00F20A73">
        <w:rPr>
          <w:rFonts w:ascii="Arial" w:hAnsi="Arial" w:cs="Arial"/>
          <w:color w:val="auto"/>
          <w:sz w:val="32"/>
          <w:szCs w:val="24"/>
        </w:rPr>
        <w:t xml:space="preserve"> 2026/2027</w:t>
      </w:r>
    </w:p>
    <w:p w14:paraId="6A8D7F69" w14:textId="77777777" w:rsidR="00D014AF" w:rsidRPr="00F20A73" w:rsidRDefault="0064329E" w:rsidP="00F20A7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20A73">
        <w:rPr>
          <w:rFonts w:ascii="Arial" w:hAnsi="Arial" w:cs="Arial"/>
          <w:sz w:val="24"/>
          <w:szCs w:val="24"/>
        </w:rPr>
        <w:t>Tento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přehled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slouží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014AF" w:rsidRPr="00F20A73">
        <w:rPr>
          <w:rFonts w:ascii="Arial" w:hAnsi="Arial" w:cs="Arial"/>
          <w:sz w:val="24"/>
          <w:szCs w:val="24"/>
        </w:rPr>
        <w:t>zákonným</w:t>
      </w:r>
      <w:proofErr w:type="spellEnd"/>
      <w:r w:rsidR="00D014AF"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014AF" w:rsidRPr="00F20A73">
        <w:rPr>
          <w:rFonts w:ascii="Arial" w:hAnsi="Arial" w:cs="Arial"/>
          <w:sz w:val="24"/>
          <w:szCs w:val="24"/>
        </w:rPr>
        <w:t>zástupcům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dětí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20A73">
        <w:rPr>
          <w:rFonts w:ascii="Arial" w:hAnsi="Arial" w:cs="Arial"/>
          <w:sz w:val="24"/>
          <w:szCs w:val="24"/>
        </w:rPr>
        <w:t>které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uvažují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o odkladu povinné školní docházky pro školní rok 2026/2027. </w:t>
      </w:r>
      <w:proofErr w:type="spellStart"/>
      <w:r w:rsidR="00D014AF" w:rsidRPr="00F20A73">
        <w:rPr>
          <w:rFonts w:ascii="Arial" w:hAnsi="Arial" w:cs="Arial"/>
          <w:sz w:val="24"/>
          <w:szCs w:val="24"/>
        </w:rPr>
        <w:t>Podle</w:t>
      </w:r>
      <w:proofErr w:type="spellEnd"/>
      <w:r w:rsidR="00D014AF" w:rsidRPr="00F20A73">
        <w:rPr>
          <w:rFonts w:ascii="Arial" w:hAnsi="Arial" w:cs="Arial"/>
          <w:sz w:val="24"/>
          <w:szCs w:val="24"/>
        </w:rPr>
        <w:t xml:space="preserve"> § 37 </w:t>
      </w:r>
      <w:proofErr w:type="spellStart"/>
      <w:r w:rsidR="00D014AF" w:rsidRPr="00F20A73">
        <w:rPr>
          <w:rFonts w:ascii="Arial" w:hAnsi="Arial" w:cs="Arial"/>
          <w:sz w:val="24"/>
          <w:szCs w:val="24"/>
        </w:rPr>
        <w:t>školského</w:t>
      </w:r>
      <w:proofErr w:type="spellEnd"/>
      <w:r w:rsidR="00D014AF" w:rsidRPr="00F20A73">
        <w:rPr>
          <w:rFonts w:ascii="Arial" w:hAnsi="Arial" w:cs="Arial"/>
          <w:sz w:val="24"/>
          <w:szCs w:val="24"/>
        </w:rPr>
        <w:t xml:space="preserve"> zákona č. 561/2004 Sb. může ředitel školy povolit odklad povinné školní docházky o jeden rok, pokud dítě není tělesně nebo duševně přiměřeně vyspělé a zákonný zástupce o odklad písemně požádá v době zápisu.</w:t>
      </w:r>
    </w:p>
    <w:p w14:paraId="61FE3DE1" w14:textId="6F59A582" w:rsidR="00FE1E7C" w:rsidRPr="00F20A73" w:rsidRDefault="0064329E" w:rsidP="00F20A73">
      <w:pPr>
        <w:pStyle w:val="Nadpis2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F20A73">
        <w:rPr>
          <w:rFonts w:ascii="Arial" w:hAnsi="Arial" w:cs="Arial"/>
          <w:color w:val="auto"/>
          <w:sz w:val="24"/>
          <w:szCs w:val="24"/>
        </w:rPr>
        <w:t xml:space="preserve">Co </w:t>
      </w:r>
      <w:proofErr w:type="spellStart"/>
      <w:r w:rsidRPr="00F20A73">
        <w:rPr>
          <w:rFonts w:ascii="Arial" w:hAnsi="Arial" w:cs="Arial"/>
          <w:color w:val="auto"/>
          <w:sz w:val="24"/>
          <w:szCs w:val="24"/>
        </w:rPr>
        <w:t>znamená</w:t>
      </w:r>
      <w:proofErr w:type="spellEnd"/>
      <w:r w:rsidRPr="00F20A73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color w:val="auto"/>
          <w:sz w:val="24"/>
          <w:szCs w:val="24"/>
        </w:rPr>
        <w:t>odklad</w:t>
      </w:r>
      <w:proofErr w:type="spellEnd"/>
      <w:r w:rsidRPr="00F20A73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color w:val="auto"/>
          <w:sz w:val="24"/>
          <w:szCs w:val="24"/>
        </w:rPr>
        <w:t>povinné</w:t>
      </w:r>
      <w:proofErr w:type="spellEnd"/>
      <w:r w:rsidRPr="00F20A73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color w:val="auto"/>
          <w:sz w:val="24"/>
          <w:szCs w:val="24"/>
        </w:rPr>
        <w:t>školní</w:t>
      </w:r>
      <w:proofErr w:type="spellEnd"/>
      <w:r w:rsidRPr="00F20A73">
        <w:rPr>
          <w:rFonts w:ascii="Arial" w:hAnsi="Arial" w:cs="Arial"/>
          <w:color w:val="auto"/>
          <w:sz w:val="24"/>
          <w:szCs w:val="24"/>
        </w:rPr>
        <w:t xml:space="preserve"> docházky</w:t>
      </w:r>
    </w:p>
    <w:p w14:paraId="10ED43F9" w14:textId="79555DA1" w:rsidR="00F20A73" w:rsidRPr="00F20A73" w:rsidRDefault="0064329E" w:rsidP="00F20A7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20A73">
        <w:rPr>
          <w:rFonts w:ascii="Arial" w:hAnsi="Arial" w:cs="Arial"/>
          <w:sz w:val="24"/>
          <w:szCs w:val="24"/>
        </w:rPr>
        <w:t>Odklad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povinné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školní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docházky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znamená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20A73">
        <w:rPr>
          <w:rFonts w:ascii="Arial" w:hAnsi="Arial" w:cs="Arial"/>
          <w:sz w:val="24"/>
          <w:szCs w:val="24"/>
        </w:rPr>
        <w:t>že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dítě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20A73">
        <w:rPr>
          <w:rFonts w:ascii="Arial" w:hAnsi="Arial" w:cs="Arial"/>
          <w:sz w:val="24"/>
          <w:szCs w:val="24"/>
        </w:rPr>
        <w:t>které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dovršilo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6 let</w:t>
      </w:r>
      <w:r w:rsidR="00146187" w:rsidRPr="00F20A73">
        <w:rPr>
          <w:rFonts w:ascii="Arial" w:hAnsi="Arial" w:cs="Arial"/>
          <w:sz w:val="24"/>
          <w:szCs w:val="24"/>
        </w:rPr>
        <w:t xml:space="preserve"> do 31.8.</w:t>
      </w:r>
      <w:r w:rsidR="00D014AF" w:rsidRPr="00F20A73">
        <w:rPr>
          <w:rFonts w:ascii="Arial" w:hAnsi="Arial" w:cs="Arial"/>
          <w:sz w:val="24"/>
          <w:szCs w:val="24"/>
        </w:rPr>
        <w:t>2026</w:t>
      </w:r>
      <w:r w:rsidRPr="00F20A7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20A73">
        <w:rPr>
          <w:rFonts w:ascii="Arial" w:hAnsi="Arial" w:cs="Arial"/>
          <w:sz w:val="24"/>
          <w:szCs w:val="24"/>
        </w:rPr>
        <w:t>ještě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nenastoupí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do 1.</w:t>
      </w:r>
      <w:r w:rsidR="00713C53" w:rsidRPr="00F20A73">
        <w:rPr>
          <w:rFonts w:ascii="Arial" w:hAnsi="Arial" w:cs="Arial"/>
          <w:sz w:val="24"/>
          <w:szCs w:val="24"/>
        </w:rPr>
        <w:t> </w:t>
      </w:r>
      <w:proofErr w:type="spellStart"/>
      <w:r w:rsidRPr="00F20A73">
        <w:rPr>
          <w:rFonts w:ascii="Arial" w:hAnsi="Arial" w:cs="Arial"/>
          <w:sz w:val="24"/>
          <w:szCs w:val="24"/>
        </w:rPr>
        <w:t>třídy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F20A73">
        <w:rPr>
          <w:rFonts w:ascii="Arial" w:hAnsi="Arial" w:cs="Arial"/>
          <w:sz w:val="24"/>
          <w:szCs w:val="24"/>
        </w:rPr>
        <w:t>zahájí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povinnou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školní docházku o rok později. Cílem je umožnit dítěti dozrát po stránce tělesné, duševní, sociální i emocionální, aby byl nástup do školy úspěšný a bez </w:t>
      </w:r>
      <w:proofErr w:type="spellStart"/>
      <w:r w:rsidRPr="00F20A73">
        <w:rPr>
          <w:rFonts w:ascii="Arial" w:hAnsi="Arial" w:cs="Arial"/>
          <w:sz w:val="24"/>
          <w:szCs w:val="24"/>
        </w:rPr>
        <w:t>zbytečného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stresu</w:t>
      </w:r>
      <w:proofErr w:type="spellEnd"/>
      <w:r w:rsidRPr="00F20A73">
        <w:rPr>
          <w:rFonts w:ascii="Arial" w:hAnsi="Arial" w:cs="Arial"/>
          <w:sz w:val="24"/>
          <w:szCs w:val="24"/>
        </w:rPr>
        <w:t>.</w:t>
      </w:r>
    </w:p>
    <w:p w14:paraId="79BCF3AF" w14:textId="702685F0" w:rsidR="00713C53" w:rsidRPr="00F20A73" w:rsidRDefault="00713C53" w:rsidP="00F20A73">
      <w:pPr>
        <w:spacing w:line="360" w:lineRule="auto"/>
        <w:rPr>
          <w:rFonts w:ascii="Arial" w:hAnsi="Arial" w:cs="Arial"/>
          <w:b/>
          <w:sz w:val="28"/>
          <w:szCs w:val="24"/>
        </w:rPr>
      </w:pPr>
      <w:r w:rsidRPr="00F20A73">
        <w:rPr>
          <w:rFonts w:ascii="Arial" w:hAnsi="Arial" w:cs="Arial"/>
          <w:b/>
          <w:sz w:val="28"/>
          <w:szCs w:val="24"/>
        </w:rPr>
        <w:t xml:space="preserve">Od 1. září 2025 </w:t>
      </w:r>
      <w:proofErr w:type="spellStart"/>
      <w:r w:rsidRPr="00F20A73">
        <w:rPr>
          <w:rFonts w:ascii="Arial" w:hAnsi="Arial" w:cs="Arial"/>
          <w:b/>
          <w:sz w:val="28"/>
          <w:szCs w:val="24"/>
        </w:rPr>
        <w:t>platí</w:t>
      </w:r>
      <w:proofErr w:type="spellEnd"/>
      <w:r w:rsidRPr="00F20A73">
        <w:rPr>
          <w:rFonts w:ascii="Arial" w:hAnsi="Arial" w:cs="Arial"/>
          <w:b/>
          <w:sz w:val="28"/>
          <w:szCs w:val="24"/>
        </w:rPr>
        <w:t xml:space="preserve"> </w:t>
      </w:r>
      <w:proofErr w:type="spellStart"/>
      <w:r w:rsidRPr="00F20A73">
        <w:rPr>
          <w:rFonts w:ascii="Arial" w:hAnsi="Arial" w:cs="Arial"/>
          <w:b/>
          <w:sz w:val="28"/>
          <w:szCs w:val="24"/>
        </w:rPr>
        <w:t>zpřísněné</w:t>
      </w:r>
      <w:proofErr w:type="spellEnd"/>
      <w:r w:rsidRPr="00F20A73">
        <w:rPr>
          <w:rFonts w:ascii="Arial" w:hAnsi="Arial" w:cs="Arial"/>
          <w:b/>
          <w:sz w:val="28"/>
          <w:szCs w:val="24"/>
        </w:rPr>
        <w:t xml:space="preserve"> </w:t>
      </w:r>
      <w:proofErr w:type="spellStart"/>
      <w:r w:rsidRPr="00F20A73">
        <w:rPr>
          <w:rFonts w:ascii="Arial" w:hAnsi="Arial" w:cs="Arial"/>
          <w:b/>
          <w:sz w:val="28"/>
          <w:szCs w:val="24"/>
        </w:rPr>
        <w:t>podmínky</w:t>
      </w:r>
      <w:proofErr w:type="spellEnd"/>
    </w:p>
    <w:p w14:paraId="79AEF41C" w14:textId="2F027922" w:rsidR="00713C53" w:rsidRPr="00F20A73" w:rsidRDefault="00713C53" w:rsidP="00F20A7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20A73">
        <w:rPr>
          <w:rFonts w:ascii="Arial" w:hAnsi="Arial" w:cs="Arial"/>
          <w:b/>
          <w:sz w:val="24"/>
          <w:szCs w:val="24"/>
        </w:rPr>
        <w:t xml:space="preserve">1) </w:t>
      </w:r>
      <w:proofErr w:type="spellStart"/>
      <w:r w:rsidRPr="00F20A73">
        <w:rPr>
          <w:rFonts w:ascii="Arial" w:hAnsi="Arial" w:cs="Arial"/>
          <w:b/>
          <w:sz w:val="24"/>
          <w:szCs w:val="24"/>
        </w:rPr>
        <w:t>Podmínky</w:t>
      </w:r>
      <w:proofErr w:type="spellEnd"/>
      <w:r w:rsidRPr="00F20A73">
        <w:rPr>
          <w:rFonts w:ascii="Arial" w:hAnsi="Arial" w:cs="Arial"/>
          <w:b/>
          <w:sz w:val="24"/>
          <w:szCs w:val="24"/>
        </w:rPr>
        <w:t xml:space="preserve"> pro </w:t>
      </w:r>
      <w:proofErr w:type="spellStart"/>
      <w:r w:rsidRPr="00F20A73">
        <w:rPr>
          <w:rFonts w:ascii="Arial" w:hAnsi="Arial" w:cs="Arial"/>
          <w:b/>
          <w:sz w:val="24"/>
          <w:szCs w:val="24"/>
        </w:rPr>
        <w:t>děti</w:t>
      </w:r>
      <w:proofErr w:type="spellEnd"/>
      <w:r w:rsidRPr="00F20A73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F20A73">
        <w:rPr>
          <w:rFonts w:ascii="Arial" w:hAnsi="Arial" w:cs="Arial"/>
          <w:b/>
          <w:sz w:val="24"/>
          <w:szCs w:val="24"/>
        </w:rPr>
        <w:t>které</w:t>
      </w:r>
      <w:proofErr w:type="spellEnd"/>
      <w:r w:rsidRPr="00F20A7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b/>
          <w:sz w:val="24"/>
          <w:szCs w:val="24"/>
        </w:rPr>
        <w:t>dovrší</w:t>
      </w:r>
      <w:proofErr w:type="spellEnd"/>
      <w:r w:rsidRPr="00F20A7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b/>
          <w:sz w:val="24"/>
          <w:szCs w:val="24"/>
        </w:rPr>
        <w:t>věku</w:t>
      </w:r>
      <w:proofErr w:type="spellEnd"/>
      <w:r w:rsidRPr="00F20A73">
        <w:rPr>
          <w:rFonts w:ascii="Arial" w:hAnsi="Arial" w:cs="Arial"/>
          <w:b/>
          <w:sz w:val="24"/>
          <w:szCs w:val="24"/>
        </w:rPr>
        <w:t xml:space="preserve"> 6 let do 31. 3. 2026</w:t>
      </w:r>
    </w:p>
    <w:p w14:paraId="47B4E033" w14:textId="332C3C34" w:rsidR="00FE1E7C" w:rsidRPr="00F20A73" w:rsidRDefault="0064329E" w:rsidP="00BB0A0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20A73">
        <w:rPr>
          <w:rFonts w:ascii="Arial" w:hAnsi="Arial" w:cs="Arial"/>
          <w:sz w:val="24"/>
          <w:szCs w:val="24"/>
        </w:rPr>
        <w:t xml:space="preserve">• </w:t>
      </w:r>
      <w:proofErr w:type="spellStart"/>
      <w:r w:rsidRPr="00F20A73">
        <w:rPr>
          <w:rFonts w:ascii="Arial" w:hAnsi="Arial" w:cs="Arial"/>
          <w:sz w:val="24"/>
          <w:szCs w:val="24"/>
        </w:rPr>
        <w:t>Žádost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r w:rsidR="00DA5655" w:rsidRPr="00F20A73">
        <w:rPr>
          <w:rFonts w:ascii="Arial" w:hAnsi="Arial" w:cs="Arial"/>
          <w:sz w:val="24"/>
          <w:szCs w:val="24"/>
        </w:rPr>
        <w:t xml:space="preserve">o </w:t>
      </w:r>
      <w:proofErr w:type="spellStart"/>
      <w:r w:rsidR="00DA5655" w:rsidRPr="00F20A73">
        <w:rPr>
          <w:rFonts w:ascii="Arial" w:hAnsi="Arial" w:cs="Arial"/>
          <w:sz w:val="24"/>
          <w:szCs w:val="24"/>
        </w:rPr>
        <w:t>odklad</w:t>
      </w:r>
      <w:proofErr w:type="spellEnd"/>
      <w:r w:rsidR="00DA5655"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5655" w:rsidRPr="00F20A73">
        <w:rPr>
          <w:rFonts w:ascii="Arial" w:hAnsi="Arial" w:cs="Arial"/>
          <w:sz w:val="24"/>
          <w:szCs w:val="24"/>
        </w:rPr>
        <w:t>spolu</w:t>
      </w:r>
      <w:proofErr w:type="spellEnd"/>
      <w:r w:rsidR="00DA5655" w:rsidRPr="00F20A73">
        <w:rPr>
          <w:rFonts w:ascii="Arial" w:hAnsi="Arial" w:cs="Arial"/>
          <w:sz w:val="24"/>
          <w:szCs w:val="24"/>
        </w:rPr>
        <w:t xml:space="preserve"> s </w:t>
      </w:r>
      <w:proofErr w:type="spellStart"/>
      <w:r w:rsidR="00DA5655" w:rsidRPr="00F20A73">
        <w:rPr>
          <w:rFonts w:ascii="Arial" w:hAnsi="Arial" w:cs="Arial"/>
          <w:sz w:val="24"/>
          <w:szCs w:val="24"/>
        </w:rPr>
        <w:t>žádostí</w:t>
      </w:r>
      <w:proofErr w:type="spellEnd"/>
      <w:r w:rsidR="00DA5655" w:rsidRPr="00F20A73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DA5655" w:rsidRPr="00F20A73">
        <w:rPr>
          <w:rFonts w:ascii="Arial" w:hAnsi="Arial" w:cs="Arial"/>
          <w:sz w:val="24"/>
          <w:szCs w:val="24"/>
        </w:rPr>
        <w:t>přijetí</w:t>
      </w:r>
      <w:proofErr w:type="spellEnd"/>
      <w:r w:rsidR="00DA5655"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musí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být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podána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písemně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v době zápisu </w:t>
      </w:r>
    </w:p>
    <w:p w14:paraId="28A17584" w14:textId="30521574" w:rsidR="00713C53" w:rsidRPr="00F20A73" w:rsidRDefault="00713C53" w:rsidP="00BB0A0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20A73">
        <w:rPr>
          <w:rFonts w:ascii="Arial" w:hAnsi="Arial" w:cs="Arial"/>
          <w:sz w:val="24"/>
          <w:szCs w:val="24"/>
        </w:rPr>
        <w:t xml:space="preserve">• </w:t>
      </w:r>
      <w:proofErr w:type="spellStart"/>
      <w:r w:rsidRPr="00F20A73">
        <w:rPr>
          <w:rFonts w:ascii="Arial" w:hAnsi="Arial" w:cs="Arial"/>
          <w:sz w:val="24"/>
          <w:szCs w:val="24"/>
        </w:rPr>
        <w:t>Odklad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lze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povolit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pouze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jednou</w:t>
      </w:r>
      <w:proofErr w:type="spellEnd"/>
    </w:p>
    <w:p w14:paraId="55261B86" w14:textId="77777777" w:rsidR="00713C53" w:rsidRPr="00F20A73" w:rsidRDefault="00713C53" w:rsidP="00BB0A0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20A73">
        <w:rPr>
          <w:rFonts w:ascii="Arial" w:hAnsi="Arial" w:cs="Arial"/>
          <w:sz w:val="24"/>
          <w:szCs w:val="24"/>
        </w:rPr>
        <w:t xml:space="preserve">• </w:t>
      </w:r>
      <w:proofErr w:type="spellStart"/>
      <w:r w:rsidRPr="00F20A73">
        <w:rPr>
          <w:rFonts w:ascii="Arial" w:hAnsi="Arial" w:cs="Arial"/>
          <w:sz w:val="24"/>
          <w:szCs w:val="24"/>
        </w:rPr>
        <w:t>Dítě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musí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nejpozději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nastoupit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k povinné školní </w:t>
      </w:r>
      <w:proofErr w:type="spellStart"/>
      <w:r w:rsidRPr="00F20A73">
        <w:rPr>
          <w:rFonts w:ascii="Arial" w:hAnsi="Arial" w:cs="Arial"/>
          <w:sz w:val="24"/>
          <w:szCs w:val="24"/>
        </w:rPr>
        <w:t>docházce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ve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školním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roce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, v </w:t>
      </w:r>
      <w:proofErr w:type="spellStart"/>
      <w:r w:rsidRPr="00F20A73">
        <w:rPr>
          <w:rFonts w:ascii="Arial" w:hAnsi="Arial" w:cs="Arial"/>
          <w:sz w:val="24"/>
          <w:szCs w:val="24"/>
        </w:rPr>
        <w:t>němž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dovrší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8 let </w:t>
      </w:r>
      <w:proofErr w:type="spellStart"/>
      <w:r w:rsidRPr="00F20A73">
        <w:rPr>
          <w:rFonts w:ascii="Arial" w:hAnsi="Arial" w:cs="Arial"/>
          <w:sz w:val="24"/>
          <w:szCs w:val="24"/>
        </w:rPr>
        <w:t>věku</w:t>
      </w:r>
      <w:proofErr w:type="spellEnd"/>
      <w:r w:rsidRPr="00F20A73">
        <w:rPr>
          <w:rFonts w:ascii="Arial" w:hAnsi="Arial" w:cs="Arial"/>
          <w:sz w:val="24"/>
          <w:szCs w:val="24"/>
        </w:rPr>
        <w:t>.</w:t>
      </w:r>
    </w:p>
    <w:p w14:paraId="366EFBBD" w14:textId="2CA6237C" w:rsidR="00146187" w:rsidRPr="00F20A73" w:rsidRDefault="0064329E" w:rsidP="00BB0A0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20A73">
        <w:rPr>
          <w:rFonts w:ascii="Arial" w:hAnsi="Arial" w:cs="Arial"/>
          <w:sz w:val="24"/>
          <w:szCs w:val="24"/>
        </w:rPr>
        <w:t xml:space="preserve">• Je </w:t>
      </w:r>
      <w:proofErr w:type="spellStart"/>
      <w:r w:rsidRPr="00F20A73">
        <w:rPr>
          <w:rFonts w:ascii="Arial" w:hAnsi="Arial" w:cs="Arial"/>
          <w:sz w:val="24"/>
          <w:szCs w:val="24"/>
        </w:rPr>
        <w:t>nutné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doložit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dvě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doporučení</w:t>
      </w:r>
      <w:proofErr w:type="spellEnd"/>
      <w:r w:rsidRPr="00F20A73">
        <w:rPr>
          <w:rFonts w:ascii="Arial" w:hAnsi="Arial" w:cs="Arial"/>
          <w:sz w:val="24"/>
          <w:szCs w:val="24"/>
        </w:rPr>
        <w:t>:</w:t>
      </w:r>
    </w:p>
    <w:p w14:paraId="787D14F3" w14:textId="580DC36E" w:rsidR="009505EE" w:rsidRPr="00F20A73" w:rsidRDefault="0064329E" w:rsidP="00BB0A02">
      <w:pPr>
        <w:pStyle w:val="Odstavecseseznamem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20A73">
        <w:rPr>
          <w:rFonts w:ascii="Arial" w:hAnsi="Arial" w:cs="Arial"/>
          <w:sz w:val="24"/>
          <w:szCs w:val="24"/>
        </w:rPr>
        <w:t>Doporučení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školského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poradenského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zařízení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146187" w:rsidRPr="00F20A73">
        <w:rPr>
          <w:rFonts w:ascii="Arial" w:hAnsi="Arial" w:cs="Arial"/>
          <w:sz w:val="24"/>
          <w:szCs w:val="24"/>
        </w:rPr>
        <w:t>pedagogicko-psychologická</w:t>
      </w:r>
      <w:proofErr w:type="spellEnd"/>
      <w:r w:rsidR="00146187"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6187" w:rsidRPr="00F20A73">
        <w:rPr>
          <w:rFonts w:ascii="Arial" w:hAnsi="Arial" w:cs="Arial"/>
          <w:sz w:val="24"/>
          <w:szCs w:val="24"/>
        </w:rPr>
        <w:t>poradna</w:t>
      </w:r>
      <w:proofErr w:type="spellEnd"/>
      <w:r w:rsidR="00F20A73">
        <w:rPr>
          <w:rFonts w:ascii="Arial" w:hAnsi="Arial" w:cs="Arial"/>
          <w:sz w:val="24"/>
          <w:szCs w:val="24"/>
        </w:rPr>
        <w:t>- PPP</w:t>
      </w:r>
      <w:r w:rsidR="00713C53" w:rsidRPr="00F20A73">
        <w:rPr>
          <w:rFonts w:ascii="Arial" w:hAnsi="Arial" w:cs="Arial"/>
          <w:sz w:val="24"/>
          <w:szCs w:val="24"/>
        </w:rPr>
        <w:t>,</w:t>
      </w:r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nebo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6187" w:rsidRPr="00F20A73">
        <w:rPr>
          <w:rFonts w:ascii="Arial" w:hAnsi="Arial" w:cs="Arial"/>
          <w:sz w:val="24"/>
          <w:szCs w:val="24"/>
        </w:rPr>
        <w:t>speciálně-pedagogické</w:t>
      </w:r>
      <w:proofErr w:type="spellEnd"/>
      <w:r w:rsidR="00146187" w:rsidRPr="00F20A73">
        <w:rPr>
          <w:rFonts w:ascii="Arial" w:hAnsi="Arial" w:cs="Arial"/>
          <w:sz w:val="24"/>
          <w:szCs w:val="24"/>
        </w:rPr>
        <w:t xml:space="preserve"> centrum</w:t>
      </w:r>
      <w:r w:rsidR="00F20A73">
        <w:rPr>
          <w:rFonts w:ascii="Arial" w:hAnsi="Arial" w:cs="Arial"/>
          <w:sz w:val="24"/>
          <w:szCs w:val="24"/>
        </w:rPr>
        <w:t xml:space="preserve"> -SPC</w:t>
      </w:r>
      <w:r w:rsidRPr="00F20A73">
        <w:rPr>
          <w:rFonts w:ascii="Arial" w:hAnsi="Arial" w:cs="Arial"/>
          <w:sz w:val="24"/>
          <w:szCs w:val="24"/>
        </w:rPr>
        <w:t>)</w:t>
      </w:r>
    </w:p>
    <w:p w14:paraId="61947E0D" w14:textId="230F26F5" w:rsidR="009505EE" w:rsidRPr="00F20A73" w:rsidRDefault="0064329E" w:rsidP="00BB0A02">
      <w:pPr>
        <w:pStyle w:val="Odstavecseseznamem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20A73">
        <w:rPr>
          <w:rFonts w:ascii="Arial" w:hAnsi="Arial" w:cs="Arial"/>
          <w:sz w:val="24"/>
          <w:szCs w:val="24"/>
        </w:rPr>
        <w:t>Doporučení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odborného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lékaře-specialisty</w:t>
      </w:r>
      <w:proofErr w:type="spellEnd"/>
      <w:r w:rsidR="00713C53" w:rsidRPr="00F20A73">
        <w:rPr>
          <w:rFonts w:ascii="Arial" w:hAnsi="Arial" w:cs="Arial"/>
          <w:sz w:val="24"/>
          <w:szCs w:val="24"/>
        </w:rPr>
        <w:t>,</w:t>
      </w:r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nebo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klinického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psychologa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20A73">
        <w:rPr>
          <w:rFonts w:ascii="Arial" w:hAnsi="Arial" w:cs="Arial"/>
          <w:sz w:val="24"/>
          <w:szCs w:val="24"/>
        </w:rPr>
        <w:t>nestačí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praktický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dětský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lékař</w:t>
      </w:r>
      <w:proofErr w:type="spellEnd"/>
      <w:r w:rsidRPr="00F20A73">
        <w:rPr>
          <w:rFonts w:ascii="Arial" w:hAnsi="Arial" w:cs="Arial"/>
          <w:sz w:val="24"/>
          <w:szCs w:val="24"/>
        </w:rPr>
        <w:t>)</w:t>
      </w:r>
    </w:p>
    <w:p w14:paraId="4823A117" w14:textId="40F017C2" w:rsidR="00FE1E7C" w:rsidRPr="00F20A73" w:rsidRDefault="00713C53" w:rsidP="00F20A73">
      <w:pPr>
        <w:pStyle w:val="Nadpis2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F20A73">
        <w:rPr>
          <w:rFonts w:ascii="Arial" w:hAnsi="Arial" w:cs="Arial"/>
          <w:color w:val="auto"/>
          <w:sz w:val="24"/>
          <w:szCs w:val="24"/>
        </w:rPr>
        <w:t xml:space="preserve">2) </w:t>
      </w:r>
      <w:proofErr w:type="spellStart"/>
      <w:r w:rsidR="0064329E" w:rsidRPr="00F20A73">
        <w:rPr>
          <w:rFonts w:ascii="Arial" w:hAnsi="Arial" w:cs="Arial"/>
          <w:color w:val="auto"/>
          <w:sz w:val="24"/>
          <w:szCs w:val="24"/>
        </w:rPr>
        <w:t>Podmínky</w:t>
      </w:r>
      <w:proofErr w:type="spellEnd"/>
      <w:r w:rsidR="0064329E" w:rsidRPr="00F20A73">
        <w:rPr>
          <w:rFonts w:ascii="Arial" w:hAnsi="Arial" w:cs="Arial"/>
          <w:color w:val="auto"/>
          <w:sz w:val="24"/>
          <w:szCs w:val="24"/>
        </w:rPr>
        <w:t xml:space="preserve"> pro </w:t>
      </w:r>
      <w:proofErr w:type="spellStart"/>
      <w:r w:rsidR="0064329E" w:rsidRPr="00F20A73">
        <w:rPr>
          <w:rFonts w:ascii="Arial" w:hAnsi="Arial" w:cs="Arial"/>
          <w:color w:val="auto"/>
          <w:sz w:val="24"/>
          <w:szCs w:val="24"/>
        </w:rPr>
        <w:t>děti</w:t>
      </w:r>
      <w:proofErr w:type="spellEnd"/>
      <w:r w:rsidRPr="00F20A73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F20A73">
        <w:rPr>
          <w:rFonts w:ascii="Arial" w:hAnsi="Arial" w:cs="Arial"/>
          <w:color w:val="auto"/>
          <w:sz w:val="24"/>
          <w:szCs w:val="24"/>
        </w:rPr>
        <w:t>které</w:t>
      </w:r>
      <w:proofErr w:type="spellEnd"/>
      <w:r w:rsidRPr="00F20A73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color w:val="auto"/>
          <w:sz w:val="24"/>
          <w:szCs w:val="24"/>
        </w:rPr>
        <w:t>dovrší</w:t>
      </w:r>
      <w:proofErr w:type="spellEnd"/>
      <w:r w:rsidRPr="00F20A73">
        <w:rPr>
          <w:rFonts w:ascii="Arial" w:hAnsi="Arial" w:cs="Arial"/>
          <w:color w:val="auto"/>
          <w:sz w:val="24"/>
          <w:szCs w:val="24"/>
        </w:rPr>
        <w:t xml:space="preserve"> 6 let od 1. 4. do 31. 8. 2026</w:t>
      </w:r>
    </w:p>
    <w:p w14:paraId="683A0457" w14:textId="77777777" w:rsidR="00DA5655" w:rsidRPr="00F20A73" w:rsidRDefault="00DA5655" w:rsidP="00BB0A0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20A73">
        <w:rPr>
          <w:rFonts w:ascii="Arial" w:hAnsi="Arial" w:cs="Arial"/>
          <w:sz w:val="24"/>
          <w:szCs w:val="24"/>
        </w:rPr>
        <w:t xml:space="preserve">• </w:t>
      </w:r>
      <w:proofErr w:type="spellStart"/>
      <w:r w:rsidRPr="00F20A73">
        <w:rPr>
          <w:rFonts w:ascii="Arial" w:hAnsi="Arial" w:cs="Arial"/>
          <w:sz w:val="24"/>
          <w:szCs w:val="24"/>
        </w:rPr>
        <w:t>Žádost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20A73">
        <w:rPr>
          <w:rFonts w:ascii="Arial" w:hAnsi="Arial" w:cs="Arial"/>
          <w:sz w:val="24"/>
          <w:szCs w:val="24"/>
        </w:rPr>
        <w:t>odklad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spolu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F20A73">
        <w:rPr>
          <w:rFonts w:ascii="Arial" w:hAnsi="Arial" w:cs="Arial"/>
          <w:sz w:val="24"/>
          <w:szCs w:val="24"/>
        </w:rPr>
        <w:t>žádostí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20A73">
        <w:rPr>
          <w:rFonts w:ascii="Arial" w:hAnsi="Arial" w:cs="Arial"/>
          <w:sz w:val="24"/>
          <w:szCs w:val="24"/>
        </w:rPr>
        <w:t>přijetí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musí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být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podána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písemně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v </w:t>
      </w:r>
      <w:proofErr w:type="spellStart"/>
      <w:r w:rsidRPr="00F20A73">
        <w:rPr>
          <w:rFonts w:ascii="Arial" w:hAnsi="Arial" w:cs="Arial"/>
          <w:sz w:val="24"/>
          <w:szCs w:val="24"/>
        </w:rPr>
        <w:t>době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zápisu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</w:p>
    <w:p w14:paraId="14C56C21" w14:textId="1756503C" w:rsidR="00DA5655" w:rsidRPr="00F20A73" w:rsidRDefault="00DA5655" w:rsidP="00BB0A0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20A73">
        <w:rPr>
          <w:rFonts w:ascii="Arial" w:hAnsi="Arial" w:cs="Arial"/>
          <w:sz w:val="24"/>
          <w:szCs w:val="24"/>
        </w:rPr>
        <w:t xml:space="preserve">• </w:t>
      </w:r>
      <w:proofErr w:type="spellStart"/>
      <w:r w:rsidRPr="00F20A73">
        <w:rPr>
          <w:rFonts w:ascii="Arial" w:hAnsi="Arial" w:cs="Arial"/>
          <w:sz w:val="24"/>
          <w:szCs w:val="24"/>
        </w:rPr>
        <w:t>Odklad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lze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povolit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pouze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jednou</w:t>
      </w:r>
      <w:proofErr w:type="spellEnd"/>
    </w:p>
    <w:p w14:paraId="74D1DE64" w14:textId="77777777" w:rsidR="00DA5655" w:rsidRPr="00F20A73" w:rsidRDefault="00DA5655" w:rsidP="00BB0A0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20A73">
        <w:rPr>
          <w:rFonts w:ascii="Arial" w:hAnsi="Arial" w:cs="Arial"/>
          <w:sz w:val="24"/>
          <w:szCs w:val="24"/>
        </w:rPr>
        <w:t xml:space="preserve">• </w:t>
      </w:r>
      <w:proofErr w:type="spellStart"/>
      <w:r w:rsidRPr="00F20A73">
        <w:rPr>
          <w:rFonts w:ascii="Arial" w:hAnsi="Arial" w:cs="Arial"/>
          <w:sz w:val="24"/>
          <w:szCs w:val="24"/>
        </w:rPr>
        <w:t>Dítě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musí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nejpozději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nastoupit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k </w:t>
      </w:r>
      <w:proofErr w:type="spellStart"/>
      <w:r w:rsidRPr="00F20A73">
        <w:rPr>
          <w:rFonts w:ascii="Arial" w:hAnsi="Arial" w:cs="Arial"/>
          <w:sz w:val="24"/>
          <w:szCs w:val="24"/>
        </w:rPr>
        <w:t>povinné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školní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docházce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ve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školním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roce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, v </w:t>
      </w:r>
      <w:proofErr w:type="spellStart"/>
      <w:r w:rsidRPr="00F20A73">
        <w:rPr>
          <w:rFonts w:ascii="Arial" w:hAnsi="Arial" w:cs="Arial"/>
          <w:sz w:val="24"/>
          <w:szCs w:val="24"/>
        </w:rPr>
        <w:t>němž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dovrší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8 let </w:t>
      </w:r>
      <w:proofErr w:type="spellStart"/>
      <w:r w:rsidRPr="00F20A73">
        <w:rPr>
          <w:rFonts w:ascii="Arial" w:hAnsi="Arial" w:cs="Arial"/>
          <w:sz w:val="24"/>
          <w:szCs w:val="24"/>
        </w:rPr>
        <w:t>věku</w:t>
      </w:r>
      <w:proofErr w:type="spellEnd"/>
      <w:r w:rsidRPr="00F20A73">
        <w:rPr>
          <w:rFonts w:ascii="Arial" w:hAnsi="Arial" w:cs="Arial"/>
          <w:sz w:val="24"/>
          <w:szCs w:val="24"/>
        </w:rPr>
        <w:t>.</w:t>
      </w:r>
    </w:p>
    <w:p w14:paraId="48C6BEAE" w14:textId="77777777" w:rsidR="00DA5655" w:rsidRPr="00F20A73" w:rsidRDefault="00DA5655" w:rsidP="00BB0A0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20A73">
        <w:rPr>
          <w:rFonts w:ascii="Arial" w:hAnsi="Arial" w:cs="Arial"/>
          <w:sz w:val="24"/>
          <w:szCs w:val="24"/>
        </w:rPr>
        <w:t xml:space="preserve">• Je </w:t>
      </w:r>
      <w:proofErr w:type="spellStart"/>
      <w:r w:rsidRPr="00F20A73">
        <w:rPr>
          <w:rFonts w:ascii="Arial" w:hAnsi="Arial" w:cs="Arial"/>
          <w:sz w:val="24"/>
          <w:szCs w:val="24"/>
        </w:rPr>
        <w:t>nutné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doložit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dvě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doporučení</w:t>
      </w:r>
      <w:proofErr w:type="spellEnd"/>
      <w:r w:rsidRPr="00F20A73">
        <w:rPr>
          <w:rFonts w:ascii="Arial" w:hAnsi="Arial" w:cs="Arial"/>
          <w:sz w:val="24"/>
          <w:szCs w:val="24"/>
        </w:rPr>
        <w:t>:</w:t>
      </w:r>
    </w:p>
    <w:p w14:paraId="381BB285" w14:textId="775D8E45" w:rsidR="00DA5655" w:rsidRPr="00F20A73" w:rsidRDefault="00DA5655" w:rsidP="00BB0A02">
      <w:pPr>
        <w:pStyle w:val="Odstavecseseznamem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20A73">
        <w:rPr>
          <w:rFonts w:ascii="Arial" w:hAnsi="Arial" w:cs="Arial"/>
          <w:sz w:val="24"/>
          <w:szCs w:val="24"/>
        </w:rPr>
        <w:t>D</w:t>
      </w:r>
      <w:r w:rsidR="0064329E" w:rsidRPr="00F20A73">
        <w:rPr>
          <w:rFonts w:ascii="Arial" w:hAnsi="Arial" w:cs="Arial"/>
          <w:sz w:val="24"/>
          <w:szCs w:val="24"/>
        </w:rPr>
        <w:t>oporučení</w:t>
      </w:r>
      <w:proofErr w:type="spellEnd"/>
      <w:r w:rsidR="0064329E"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329E" w:rsidRPr="00F20A73">
        <w:rPr>
          <w:rFonts w:ascii="Arial" w:hAnsi="Arial" w:cs="Arial"/>
          <w:sz w:val="24"/>
          <w:szCs w:val="24"/>
        </w:rPr>
        <w:t>školského</w:t>
      </w:r>
      <w:proofErr w:type="spellEnd"/>
      <w:r w:rsidR="0064329E"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329E" w:rsidRPr="00F20A73">
        <w:rPr>
          <w:rFonts w:ascii="Arial" w:hAnsi="Arial" w:cs="Arial"/>
          <w:sz w:val="24"/>
          <w:szCs w:val="24"/>
        </w:rPr>
        <w:t>poradenského</w:t>
      </w:r>
      <w:proofErr w:type="spellEnd"/>
      <w:r w:rsidR="0064329E"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329E" w:rsidRPr="00F20A73">
        <w:rPr>
          <w:rFonts w:ascii="Arial" w:hAnsi="Arial" w:cs="Arial"/>
          <w:sz w:val="24"/>
          <w:szCs w:val="24"/>
        </w:rPr>
        <w:t>zařízení</w:t>
      </w:r>
      <w:proofErr w:type="spellEnd"/>
      <w:r w:rsidR="0064329E" w:rsidRPr="00F20A73">
        <w:rPr>
          <w:rFonts w:ascii="Arial" w:hAnsi="Arial" w:cs="Arial"/>
          <w:sz w:val="24"/>
          <w:szCs w:val="24"/>
        </w:rPr>
        <w:t xml:space="preserve"> (PP</w:t>
      </w:r>
      <w:r w:rsidR="00CD7ACF">
        <w:rPr>
          <w:rFonts w:ascii="Arial" w:hAnsi="Arial" w:cs="Arial"/>
          <w:sz w:val="24"/>
          <w:szCs w:val="24"/>
        </w:rPr>
        <w:t>P</w:t>
      </w:r>
      <w:r w:rsidR="00CA30C7">
        <w:rPr>
          <w:rFonts w:ascii="Arial" w:hAnsi="Arial" w:cs="Arial"/>
          <w:sz w:val="24"/>
          <w:szCs w:val="24"/>
        </w:rPr>
        <w:t>,</w:t>
      </w:r>
      <w:r w:rsidR="0064329E"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329E" w:rsidRPr="00F20A73">
        <w:rPr>
          <w:rFonts w:ascii="Arial" w:hAnsi="Arial" w:cs="Arial"/>
          <w:sz w:val="24"/>
          <w:szCs w:val="24"/>
        </w:rPr>
        <w:t>nebo</w:t>
      </w:r>
      <w:proofErr w:type="spellEnd"/>
      <w:r w:rsidR="0064329E" w:rsidRPr="00F20A73">
        <w:rPr>
          <w:rFonts w:ascii="Arial" w:hAnsi="Arial" w:cs="Arial"/>
          <w:sz w:val="24"/>
          <w:szCs w:val="24"/>
        </w:rPr>
        <w:t xml:space="preserve"> SPC) </w:t>
      </w:r>
      <w:bookmarkStart w:id="0" w:name="_GoBack"/>
      <w:bookmarkEnd w:id="0"/>
    </w:p>
    <w:p w14:paraId="6C85D02E" w14:textId="6550CF5B" w:rsidR="00FE1E7C" w:rsidRPr="00F20A73" w:rsidRDefault="00DA5655" w:rsidP="00BB0A02">
      <w:pPr>
        <w:pStyle w:val="Odstavecseseznamem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20A73">
        <w:rPr>
          <w:rFonts w:ascii="Arial" w:hAnsi="Arial" w:cs="Arial"/>
          <w:sz w:val="24"/>
          <w:szCs w:val="24"/>
        </w:rPr>
        <w:t>D</w:t>
      </w:r>
      <w:r w:rsidR="0064329E" w:rsidRPr="00F20A73">
        <w:rPr>
          <w:rFonts w:ascii="Arial" w:hAnsi="Arial" w:cs="Arial"/>
          <w:sz w:val="24"/>
          <w:szCs w:val="24"/>
        </w:rPr>
        <w:t>oporučení</w:t>
      </w:r>
      <w:proofErr w:type="spellEnd"/>
      <w:r w:rsidR="0064329E"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6187" w:rsidRPr="00F20A73">
        <w:rPr>
          <w:rFonts w:ascii="Arial" w:hAnsi="Arial" w:cs="Arial"/>
          <w:sz w:val="24"/>
          <w:szCs w:val="24"/>
        </w:rPr>
        <w:t>praktického</w:t>
      </w:r>
      <w:proofErr w:type="spellEnd"/>
      <w:r w:rsidR="00146187"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329E" w:rsidRPr="00F20A73">
        <w:rPr>
          <w:rFonts w:ascii="Arial" w:hAnsi="Arial" w:cs="Arial"/>
          <w:sz w:val="24"/>
          <w:szCs w:val="24"/>
        </w:rPr>
        <w:t>lékaře</w:t>
      </w:r>
      <w:proofErr w:type="spellEnd"/>
      <w:r w:rsidR="0064329E"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329E" w:rsidRPr="00F20A73">
        <w:rPr>
          <w:rFonts w:ascii="Arial" w:hAnsi="Arial" w:cs="Arial"/>
          <w:sz w:val="24"/>
          <w:szCs w:val="24"/>
        </w:rPr>
        <w:t>nebo</w:t>
      </w:r>
      <w:proofErr w:type="spellEnd"/>
      <w:r w:rsidR="0064329E"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329E" w:rsidRPr="00F20A73">
        <w:rPr>
          <w:rFonts w:ascii="Arial" w:hAnsi="Arial" w:cs="Arial"/>
          <w:sz w:val="24"/>
          <w:szCs w:val="24"/>
        </w:rPr>
        <w:t>klinického</w:t>
      </w:r>
      <w:proofErr w:type="spellEnd"/>
      <w:r w:rsidR="0064329E"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329E" w:rsidRPr="00F20A73">
        <w:rPr>
          <w:rFonts w:ascii="Arial" w:hAnsi="Arial" w:cs="Arial"/>
          <w:sz w:val="24"/>
          <w:szCs w:val="24"/>
        </w:rPr>
        <w:t>psychologa</w:t>
      </w:r>
      <w:proofErr w:type="spellEnd"/>
      <w:r w:rsidR="0064329E" w:rsidRPr="00F20A73">
        <w:rPr>
          <w:rFonts w:ascii="Arial" w:hAnsi="Arial" w:cs="Arial"/>
          <w:sz w:val="24"/>
          <w:szCs w:val="24"/>
        </w:rPr>
        <w:t xml:space="preserve">. Rozhodnutí o odkladu vydává ředitel základní školy, u které bylo dítě zapsáno, a dítě poté </w:t>
      </w:r>
      <w:proofErr w:type="spellStart"/>
      <w:r w:rsidR="0064329E" w:rsidRPr="00F20A73">
        <w:rPr>
          <w:rFonts w:ascii="Arial" w:hAnsi="Arial" w:cs="Arial"/>
          <w:sz w:val="24"/>
          <w:szCs w:val="24"/>
        </w:rPr>
        <w:t>pokračuje</w:t>
      </w:r>
      <w:proofErr w:type="spellEnd"/>
      <w:r w:rsidR="0064329E" w:rsidRPr="00F20A73">
        <w:rPr>
          <w:rFonts w:ascii="Arial" w:hAnsi="Arial" w:cs="Arial"/>
          <w:sz w:val="24"/>
          <w:szCs w:val="24"/>
        </w:rPr>
        <w:t xml:space="preserve"> v </w:t>
      </w:r>
      <w:proofErr w:type="spellStart"/>
      <w:r w:rsidR="0064329E" w:rsidRPr="00F20A73">
        <w:rPr>
          <w:rFonts w:ascii="Arial" w:hAnsi="Arial" w:cs="Arial"/>
          <w:sz w:val="24"/>
          <w:szCs w:val="24"/>
        </w:rPr>
        <w:t>předškolním</w:t>
      </w:r>
      <w:proofErr w:type="spellEnd"/>
      <w:r w:rsidR="0064329E"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329E" w:rsidRPr="00F20A73">
        <w:rPr>
          <w:rFonts w:ascii="Arial" w:hAnsi="Arial" w:cs="Arial"/>
          <w:sz w:val="24"/>
          <w:szCs w:val="24"/>
        </w:rPr>
        <w:t>vzdělávání</w:t>
      </w:r>
      <w:proofErr w:type="spellEnd"/>
    </w:p>
    <w:p w14:paraId="70FFD515" w14:textId="77777777" w:rsidR="00F45106" w:rsidRPr="00F20A73" w:rsidRDefault="00F45106" w:rsidP="00F20A73">
      <w:pPr>
        <w:pStyle w:val="Nadpis2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proofErr w:type="spellStart"/>
      <w:r w:rsidRPr="00F20A73">
        <w:rPr>
          <w:rFonts w:ascii="Arial" w:hAnsi="Arial" w:cs="Arial"/>
          <w:color w:val="auto"/>
          <w:sz w:val="24"/>
          <w:szCs w:val="24"/>
        </w:rPr>
        <w:lastRenderedPageBreak/>
        <w:t>Postup</w:t>
      </w:r>
      <w:proofErr w:type="spellEnd"/>
      <w:r w:rsidRPr="00F20A73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color w:val="auto"/>
          <w:sz w:val="24"/>
          <w:szCs w:val="24"/>
        </w:rPr>
        <w:t>krok</w:t>
      </w:r>
      <w:proofErr w:type="spellEnd"/>
      <w:r w:rsidRPr="00F20A73">
        <w:rPr>
          <w:rFonts w:ascii="Arial" w:hAnsi="Arial" w:cs="Arial"/>
          <w:color w:val="auto"/>
          <w:sz w:val="24"/>
          <w:szCs w:val="24"/>
        </w:rPr>
        <w:t xml:space="preserve"> za </w:t>
      </w:r>
      <w:proofErr w:type="spellStart"/>
      <w:r w:rsidRPr="00F20A73">
        <w:rPr>
          <w:rFonts w:ascii="Arial" w:hAnsi="Arial" w:cs="Arial"/>
          <w:color w:val="auto"/>
          <w:sz w:val="24"/>
          <w:szCs w:val="24"/>
        </w:rPr>
        <w:t>krokem</w:t>
      </w:r>
      <w:proofErr w:type="spellEnd"/>
    </w:p>
    <w:p w14:paraId="219E77EC" w14:textId="277D5FB4" w:rsidR="00F45106" w:rsidRPr="00F20A73" w:rsidRDefault="00A0300B" w:rsidP="00F20A73">
      <w:pPr>
        <w:pStyle w:val="Odstavecseseznamem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20A73">
        <w:rPr>
          <w:rFonts w:ascii="Arial" w:hAnsi="Arial" w:cs="Arial"/>
          <w:sz w:val="24"/>
          <w:szCs w:val="24"/>
        </w:rPr>
        <w:t>Zákonní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zástupci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r w:rsidR="00F45106" w:rsidRPr="00F20A73">
        <w:rPr>
          <w:rFonts w:ascii="Arial" w:hAnsi="Arial" w:cs="Arial"/>
          <w:sz w:val="24"/>
          <w:szCs w:val="24"/>
        </w:rPr>
        <w:t xml:space="preserve">se </w:t>
      </w:r>
      <w:proofErr w:type="spellStart"/>
      <w:r w:rsidR="00F45106" w:rsidRPr="00F20A73">
        <w:rPr>
          <w:rFonts w:ascii="Arial" w:hAnsi="Arial" w:cs="Arial"/>
          <w:sz w:val="24"/>
          <w:szCs w:val="24"/>
        </w:rPr>
        <w:t>dostaví</w:t>
      </w:r>
      <w:proofErr w:type="spellEnd"/>
      <w:r w:rsidR="00F45106" w:rsidRPr="00F20A73">
        <w:rPr>
          <w:rFonts w:ascii="Arial" w:hAnsi="Arial" w:cs="Arial"/>
          <w:sz w:val="24"/>
          <w:szCs w:val="24"/>
        </w:rPr>
        <w:t xml:space="preserve"> k </w:t>
      </w:r>
      <w:proofErr w:type="spellStart"/>
      <w:r w:rsidR="00F45106" w:rsidRPr="00F20A73">
        <w:rPr>
          <w:rFonts w:ascii="Arial" w:hAnsi="Arial" w:cs="Arial"/>
          <w:sz w:val="24"/>
          <w:szCs w:val="24"/>
        </w:rPr>
        <w:t>zápisu</w:t>
      </w:r>
      <w:proofErr w:type="spellEnd"/>
      <w:r w:rsidR="00F45106" w:rsidRPr="00F20A73">
        <w:rPr>
          <w:rFonts w:ascii="Arial" w:hAnsi="Arial" w:cs="Arial"/>
          <w:sz w:val="24"/>
          <w:szCs w:val="24"/>
        </w:rPr>
        <w:t xml:space="preserve"> do </w:t>
      </w:r>
      <w:proofErr w:type="spellStart"/>
      <w:r w:rsidR="00F45106" w:rsidRPr="00F20A73">
        <w:rPr>
          <w:rFonts w:ascii="Arial" w:hAnsi="Arial" w:cs="Arial"/>
          <w:sz w:val="24"/>
          <w:szCs w:val="24"/>
        </w:rPr>
        <w:t>základní</w:t>
      </w:r>
      <w:proofErr w:type="spellEnd"/>
      <w:r w:rsidR="00F45106"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106" w:rsidRPr="00F20A73">
        <w:rPr>
          <w:rFonts w:ascii="Arial" w:hAnsi="Arial" w:cs="Arial"/>
          <w:sz w:val="24"/>
          <w:szCs w:val="24"/>
        </w:rPr>
        <w:t>školy</w:t>
      </w:r>
      <w:proofErr w:type="spellEnd"/>
    </w:p>
    <w:p w14:paraId="576B64C9" w14:textId="473A6D3C" w:rsidR="00F45106" w:rsidRPr="00F20A73" w:rsidRDefault="00F45106" w:rsidP="00F20A73">
      <w:pPr>
        <w:pStyle w:val="Odstavecseseznamem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20A73">
        <w:rPr>
          <w:rFonts w:ascii="Arial" w:hAnsi="Arial" w:cs="Arial"/>
          <w:sz w:val="24"/>
          <w:szCs w:val="24"/>
        </w:rPr>
        <w:t>Pokud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zvažují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odklad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20A73">
        <w:rPr>
          <w:rFonts w:ascii="Arial" w:hAnsi="Arial" w:cs="Arial"/>
          <w:sz w:val="24"/>
          <w:szCs w:val="24"/>
        </w:rPr>
        <w:t>vyplní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žádost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20A73">
        <w:rPr>
          <w:rFonts w:ascii="Arial" w:hAnsi="Arial" w:cs="Arial"/>
          <w:sz w:val="24"/>
          <w:szCs w:val="24"/>
        </w:rPr>
        <w:t>odklad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r w:rsidR="00A0300B" w:rsidRPr="00F20A73">
        <w:rPr>
          <w:rFonts w:ascii="Arial" w:hAnsi="Arial" w:cs="Arial"/>
          <w:sz w:val="24"/>
          <w:szCs w:val="24"/>
        </w:rPr>
        <w:t xml:space="preserve">a </w:t>
      </w:r>
      <w:proofErr w:type="spellStart"/>
      <w:r w:rsidR="00A0300B" w:rsidRPr="00F20A73">
        <w:rPr>
          <w:rFonts w:ascii="Arial" w:hAnsi="Arial" w:cs="Arial"/>
          <w:sz w:val="24"/>
          <w:szCs w:val="24"/>
        </w:rPr>
        <w:t>žádost</w:t>
      </w:r>
      <w:proofErr w:type="spellEnd"/>
      <w:r w:rsidR="00A0300B" w:rsidRPr="00F20A73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0300B" w:rsidRPr="00F20A73">
        <w:rPr>
          <w:rFonts w:ascii="Arial" w:hAnsi="Arial" w:cs="Arial"/>
          <w:sz w:val="24"/>
          <w:szCs w:val="24"/>
        </w:rPr>
        <w:t>přijetí</w:t>
      </w:r>
      <w:proofErr w:type="spellEnd"/>
      <w:r w:rsidR="00A0300B" w:rsidRPr="00F20A73">
        <w:rPr>
          <w:rFonts w:ascii="Arial" w:hAnsi="Arial" w:cs="Arial"/>
          <w:sz w:val="24"/>
          <w:szCs w:val="24"/>
        </w:rPr>
        <w:t xml:space="preserve"> </w:t>
      </w:r>
      <w:r w:rsidRPr="00F20A73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F20A73">
        <w:rPr>
          <w:rFonts w:ascii="Arial" w:hAnsi="Arial" w:cs="Arial"/>
          <w:sz w:val="24"/>
          <w:szCs w:val="24"/>
        </w:rPr>
        <w:t>předají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j</w:t>
      </w:r>
      <w:r w:rsidR="00A0300B" w:rsidRPr="00F20A73">
        <w:rPr>
          <w:rFonts w:ascii="Arial" w:hAnsi="Arial" w:cs="Arial"/>
          <w:sz w:val="24"/>
          <w:szCs w:val="24"/>
        </w:rPr>
        <w:t>e</w:t>
      </w:r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řediteli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školy</w:t>
      </w:r>
      <w:proofErr w:type="spellEnd"/>
    </w:p>
    <w:p w14:paraId="4E065ADF" w14:textId="58762370" w:rsidR="00F45106" w:rsidRPr="00F20A73" w:rsidRDefault="00F20A73" w:rsidP="00F20A73">
      <w:pPr>
        <w:pStyle w:val="Odstavecseseznamem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20A73">
        <w:rPr>
          <w:rFonts w:ascii="Arial" w:hAnsi="Arial" w:cs="Arial"/>
          <w:sz w:val="24"/>
          <w:szCs w:val="24"/>
        </w:rPr>
        <w:t>Zákonní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zástupci</w:t>
      </w:r>
      <w:proofErr w:type="spellEnd"/>
      <w:r w:rsidR="00F45106"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106" w:rsidRPr="00F20A73">
        <w:rPr>
          <w:rFonts w:ascii="Arial" w:hAnsi="Arial" w:cs="Arial"/>
          <w:sz w:val="24"/>
          <w:szCs w:val="24"/>
        </w:rPr>
        <w:t>doloží</w:t>
      </w:r>
      <w:proofErr w:type="spellEnd"/>
      <w:r w:rsidR="00F45106"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106" w:rsidRPr="00F20A73">
        <w:rPr>
          <w:rFonts w:ascii="Arial" w:hAnsi="Arial" w:cs="Arial"/>
          <w:sz w:val="24"/>
          <w:szCs w:val="24"/>
        </w:rPr>
        <w:t>doporučení</w:t>
      </w:r>
      <w:proofErr w:type="spellEnd"/>
      <w:r w:rsidR="00F45106" w:rsidRPr="00F20A73">
        <w:rPr>
          <w:rFonts w:ascii="Arial" w:hAnsi="Arial" w:cs="Arial"/>
          <w:sz w:val="24"/>
          <w:szCs w:val="24"/>
        </w:rPr>
        <w:t xml:space="preserve"> z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PPP</w:t>
      </w:r>
      <w:r w:rsidR="00F45106" w:rsidRPr="00F20A73">
        <w:rPr>
          <w:rFonts w:ascii="Arial" w:hAnsi="Arial" w:cs="Arial"/>
          <w:b/>
          <w:bCs/>
          <w:sz w:val="24"/>
          <w:szCs w:val="24"/>
        </w:rPr>
        <w:t>,</w:t>
      </w:r>
      <w:r w:rsidR="00F45106" w:rsidRPr="00F20A73">
        <w:rPr>
          <w:rFonts w:ascii="Arial" w:hAnsi="Arial" w:cs="Arial"/>
          <w:sz w:val="24"/>
          <w:szCs w:val="24"/>
        </w:rPr>
        <w:t xml:space="preserve"> nebo </w:t>
      </w:r>
      <w:r>
        <w:rPr>
          <w:rFonts w:ascii="Arial" w:hAnsi="Arial" w:cs="Arial"/>
          <w:b/>
          <w:bCs/>
          <w:sz w:val="24"/>
          <w:szCs w:val="24"/>
        </w:rPr>
        <w:t xml:space="preserve">SPC </w:t>
      </w:r>
      <w:r w:rsidR="00F45106" w:rsidRPr="00F20A73">
        <w:rPr>
          <w:rFonts w:ascii="Arial" w:hAnsi="Arial" w:cs="Arial"/>
          <w:sz w:val="24"/>
          <w:szCs w:val="24"/>
        </w:rPr>
        <w:t xml:space="preserve">a od </w:t>
      </w:r>
      <w:r w:rsidR="00F45106" w:rsidRPr="00F20A73">
        <w:rPr>
          <w:rFonts w:ascii="Arial" w:hAnsi="Arial" w:cs="Arial"/>
          <w:b/>
          <w:bCs/>
          <w:sz w:val="24"/>
          <w:szCs w:val="24"/>
        </w:rPr>
        <w:t>odborného</w:t>
      </w:r>
      <w:proofErr w:type="spellEnd"/>
      <w:r w:rsidR="00F45106" w:rsidRPr="00F20A7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F45106" w:rsidRPr="00F20A73">
        <w:rPr>
          <w:rFonts w:ascii="Arial" w:hAnsi="Arial" w:cs="Arial"/>
          <w:b/>
          <w:bCs/>
          <w:sz w:val="24"/>
          <w:szCs w:val="24"/>
        </w:rPr>
        <w:t>lékaře</w:t>
      </w:r>
      <w:proofErr w:type="spellEnd"/>
      <w:r w:rsidR="00F45106" w:rsidRPr="00F20A73">
        <w:rPr>
          <w:rFonts w:ascii="Arial" w:hAnsi="Arial" w:cs="Arial"/>
          <w:b/>
          <w:bCs/>
          <w:sz w:val="24"/>
          <w:szCs w:val="24"/>
        </w:rPr>
        <w:t>,</w:t>
      </w:r>
      <w:r w:rsidR="00F45106"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106" w:rsidRPr="00F20A73">
        <w:rPr>
          <w:rFonts w:ascii="Arial" w:hAnsi="Arial" w:cs="Arial"/>
          <w:sz w:val="24"/>
          <w:szCs w:val="24"/>
        </w:rPr>
        <w:t>nebo</w:t>
      </w:r>
      <w:proofErr w:type="spellEnd"/>
      <w:r w:rsidR="00F45106"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5106" w:rsidRPr="00F20A73">
        <w:rPr>
          <w:rFonts w:ascii="Arial" w:hAnsi="Arial" w:cs="Arial"/>
          <w:b/>
          <w:bCs/>
          <w:sz w:val="24"/>
          <w:szCs w:val="24"/>
        </w:rPr>
        <w:t>klinického</w:t>
      </w:r>
      <w:proofErr w:type="spellEnd"/>
      <w:r w:rsidR="00F45106" w:rsidRPr="00F20A7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F45106" w:rsidRPr="00F20A73">
        <w:rPr>
          <w:rFonts w:ascii="Arial" w:hAnsi="Arial" w:cs="Arial"/>
          <w:b/>
          <w:bCs/>
          <w:sz w:val="24"/>
          <w:szCs w:val="24"/>
        </w:rPr>
        <w:t>psychologa</w:t>
      </w:r>
      <w:proofErr w:type="spellEnd"/>
    </w:p>
    <w:p w14:paraId="64D8ED68" w14:textId="0DB79FB2" w:rsidR="00F45106" w:rsidRPr="00F20A73" w:rsidRDefault="00F45106" w:rsidP="00F20A73">
      <w:pPr>
        <w:pStyle w:val="Odstavecseseznamem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20A73">
        <w:rPr>
          <w:rFonts w:ascii="Arial" w:hAnsi="Arial" w:cs="Arial"/>
          <w:b/>
          <w:sz w:val="24"/>
          <w:szCs w:val="24"/>
        </w:rPr>
        <w:t>Ředitel</w:t>
      </w:r>
      <w:proofErr w:type="spellEnd"/>
      <w:r w:rsidRPr="00F20A7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b/>
          <w:sz w:val="24"/>
          <w:szCs w:val="24"/>
        </w:rPr>
        <w:t>školy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na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základě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předložených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dokladů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b/>
          <w:sz w:val="24"/>
          <w:szCs w:val="24"/>
        </w:rPr>
        <w:t>rozhodne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r w:rsidRPr="00F20A73">
        <w:rPr>
          <w:rFonts w:ascii="Arial" w:hAnsi="Arial" w:cs="Arial"/>
          <w:b/>
          <w:sz w:val="24"/>
          <w:szCs w:val="24"/>
        </w:rPr>
        <w:t xml:space="preserve">o </w:t>
      </w:r>
      <w:proofErr w:type="spellStart"/>
      <w:r w:rsidRPr="00F20A73">
        <w:rPr>
          <w:rFonts w:ascii="Arial" w:hAnsi="Arial" w:cs="Arial"/>
          <w:b/>
          <w:sz w:val="24"/>
          <w:szCs w:val="24"/>
        </w:rPr>
        <w:t>odkladu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F20A73">
        <w:rPr>
          <w:rFonts w:ascii="Arial" w:hAnsi="Arial" w:cs="Arial"/>
          <w:sz w:val="24"/>
          <w:szCs w:val="24"/>
        </w:rPr>
        <w:t>vydá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písemné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rozhodnutí</w:t>
      </w:r>
      <w:proofErr w:type="spellEnd"/>
    </w:p>
    <w:p w14:paraId="7118AB29" w14:textId="4259E51F" w:rsidR="00F45106" w:rsidRPr="00F20A73" w:rsidRDefault="00F45106" w:rsidP="00F20A73">
      <w:pPr>
        <w:pStyle w:val="Odstavecseseznamem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20A73">
        <w:rPr>
          <w:rFonts w:ascii="Arial" w:hAnsi="Arial" w:cs="Arial"/>
          <w:sz w:val="24"/>
          <w:szCs w:val="24"/>
        </w:rPr>
        <w:t>Pokud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F20A73">
        <w:rPr>
          <w:rFonts w:ascii="Arial" w:hAnsi="Arial" w:cs="Arial"/>
          <w:sz w:val="24"/>
          <w:szCs w:val="24"/>
        </w:rPr>
        <w:t>odklad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schválen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20A73">
        <w:rPr>
          <w:rFonts w:ascii="Arial" w:hAnsi="Arial" w:cs="Arial"/>
          <w:sz w:val="24"/>
          <w:szCs w:val="24"/>
        </w:rPr>
        <w:t>dítě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pokračuje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v </w:t>
      </w:r>
      <w:proofErr w:type="spellStart"/>
      <w:r w:rsidRPr="00F20A73">
        <w:rPr>
          <w:rFonts w:ascii="Arial" w:hAnsi="Arial" w:cs="Arial"/>
          <w:sz w:val="24"/>
          <w:szCs w:val="24"/>
        </w:rPr>
        <w:t>předškolním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vzdělávání (např. v mateřské škole)</w:t>
      </w:r>
    </w:p>
    <w:p w14:paraId="4E188166" w14:textId="46B11564" w:rsidR="00713C53" w:rsidRPr="00F20A73" w:rsidRDefault="00713C53" w:rsidP="00F20A73">
      <w:pPr>
        <w:pStyle w:val="Nadpis2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proofErr w:type="spellStart"/>
      <w:r w:rsidRPr="00F20A73">
        <w:rPr>
          <w:rFonts w:ascii="Arial" w:hAnsi="Arial" w:cs="Arial"/>
          <w:color w:val="auto"/>
          <w:sz w:val="24"/>
          <w:szCs w:val="24"/>
        </w:rPr>
        <w:t>Doporučení</w:t>
      </w:r>
      <w:proofErr w:type="spellEnd"/>
      <w:r w:rsidRPr="00F20A73">
        <w:rPr>
          <w:rFonts w:ascii="Arial" w:hAnsi="Arial" w:cs="Arial"/>
          <w:color w:val="auto"/>
          <w:sz w:val="24"/>
          <w:szCs w:val="24"/>
        </w:rPr>
        <w:t xml:space="preserve"> pro </w:t>
      </w:r>
      <w:proofErr w:type="spellStart"/>
      <w:r w:rsidR="00F20A73" w:rsidRPr="00F20A73">
        <w:rPr>
          <w:rFonts w:ascii="Arial" w:hAnsi="Arial" w:cs="Arial"/>
          <w:color w:val="auto"/>
          <w:sz w:val="24"/>
          <w:szCs w:val="24"/>
        </w:rPr>
        <w:t>zákonné</w:t>
      </w:r>
      <w:proofErr w:type="spellEnd"/>
      <w:r w:rsidR="00F20A73" w:rsidRPr="00F20A73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F20A73" w:rsidRPr="00F20A73">
        <w:rPr>
          <w:rFonts w:ascii="Arial" w:hAnsi="Arial" w:cs="Arial"/>
          <w:color w:val="auto"/>
          <w:sz w:val="24"/>
          <w:szCs w:val="24"/>
        </w:rPr>
        <w:t>zástupce</w:t>
      </w:r>
      <w:proofErr w:type="spellEnd"/>
    </w:p>
    <w:p w14:paraId="2BAB2004" w14:textId="45BB6D38" w:rsidR="00F20A73" w:rsidRPr="00F20A73" w:rsidRDefault="00713C53" w:rsidP="00F20A73">
      <w:pPr>
        <w:pStyle w:val="Odstavecseseznamem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20A73">
        <w:rPr>
          <w:rFonts w:ascii="Arial" w:hAnsi="Arial" w:cs="Arial"/>
          <w:b/>
          <w:bCs/>
          <w:sz w:val="24"/>
          <w:szCs w:val="24"/>
        </w:rPr>
        <w:t>Nepodceňujte</w:t>
      </w:r>
      <w:proofErr w:type="spellEnd"/>
      <w:r w:rsidRPr="00F20A7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b/>
          <w:bCs/>
          <w:sz w:val="24"/>
          <w:szCs w:val="24"/>
        </w:rPr>
        <w:t>školní</w:t>
      </w:r>
      <w:proofErr w:type="spellEnd"/>
      <w:r w:rsidRPr="00F20A7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b/>
          <w:bCs/>
          <w:sz w:val="24"/>
          <w:szCs w:val="24"/>
        </w:rPr>
        <w:t>zralost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– posuzuje se nejen znalost písmen a čísel, ale </w:t>
      </w:r>
      <w:proofErr w:type="spellStart"/>
      <w:r w:rsidRPr="00F20A73">
        <w:rPr>
          <w:rFonts w:ascii="Arial" w:hAnsi="Arial" w:cs="Arial"/>
          <w:sz w:val="24"/>
          <w:szCs w:val="24"/>
        </w:rPr>
        <w:t>i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sociální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20A73">
        <w:rPr>
          <w:rFonts w:ascii="Arial" w:hAnsi="Arial" w:cs="Arial"/>
          <w:sz w:val="24"/>
          <w:szCs w:val="24"/>
        </w:rPr>
        <w:t>a</w:t>
      </w:r>
      <w:proofErr w:type="gram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emočn</w:t>
      </w:r>
      <w:r w:rsidR="00F20A73" w:rsidRPr="00F20A73">
        <w:rPr>
          <w:rFonts w:ascii="Arial" w:hAnsi="Arial" w:cs="Arial"/>
          <w:sz w:val="24"/>
          <w:szCs w:val="24"/>
        </w:rPr>
        <w:t>í</w:t>
      </w:r>
      <w:proofErr w:type="spellEnd"/>
      <w:r w:rsidR="00F20A73"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vyspělost</w:t>
      </w:r>
      <w:proofErr w:type="spellEnd"/>
    </w:p>
    <w:p w14:paraId="12C08CFA" w14:textId="0EE36C39" w:rsidR="00F20A73" w:rsidRPr="00F20A73" w:rsidRDefault="00713C53" w:rsidP="00F20A73">
      <w:pPr>
        <w:pStyle w:val="Odstavecseseznamem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20A73">
        <w:rPr>
          <w:rFonts w:ascii="Arial" w:hAnsi="Arial" w:cs="Arial"/>
          <w:b/>
          <w:bCs/>
          <w:sz w:val="24"/>
          <w:szCs w:val="24"/>
        </w:rPr>
        <w:t>Sledujte</w:t>
      </w:r>
      <w:proofErr w:type="spellEnd"/>
      <w:r w:rsidRPr="00F20A7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b/>
          <w:bCs/>
          <w:sz w:val="24"/>
          <w:szCs w:val="24"/>
        </w:rPr>
        <w:t>doporučení</w:t>
      </w:r>
      <w:proofErr w:type="spellEnd"/>
      <w:r w:rsidRPr="00F20A7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b/>
          <w:bCs/>
          <w:sz w:val="24"/>
          <w:szCs w:val="24"/>
        </w:rPr>
        <w:t>mateřské</w:t>
      </w:r>
      <w:proofErr w:type="spellEnd"/>
      <w:r w:rsidRPr="00F20A7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b/>
          <w:bCs/>
          <w:sz w:val="24"/>
          <w:szCs w:val="24"/>
        </w:rPr>
        <w:t>školy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– učitelé znají </w:t>
      </w:r>
      <w:proofErr w:type="spellStart"/>
      <w:r w:rsidRPr="00F20A73">
        <w:rPr>
          <w:rFonts w:ascii="Arial" w:hAnsi="Arial" w:cs="Arial"/>
          <w:sz w:val="24"/>
          <w:szCs w:val="24"/>
        </w:rPr>
        <w:t>dítě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v </w:t>
      </w:r>
      <w:proofErr w:type="spellStart"/>
      <w:r w:rsidRPr="00F20A73">
        <w:rPr>
          <w:rFonts w:ascii="Arial" w:hAnsi="Arial" w:cs="Arial"/>
          <w:sz w:val="24"/>
          <w:szCs w:val="24"/>
        </w:rPr>
        <w:t>kontextu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kolektivu</w:t>
      </w:r>
      <w:proofErr w:type="spellEnd"/>
    </w:p>
    <w:p w14:paraId="2AD789C2" w14:textId="687C9816" w:rsidR="00F20A73" w:rsidRPr="00F20A73" w:rsidRDefault="00713C53" w:rsidP="00F20A73">
      <w:pPr>
        <w:pStyle w:val="Odstavecseseznamem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20A73">
        <w:rPr>
          <w:rFonts w:ascii="Arial" w:hAnsi="Arial" w:cs="Arial"/>
          <w:sz w:val="24"/>
          <w:szCs w:val="24"/>
        </w:rPr>
        <w:t>Vyhledejte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PPP </w:t>
      </w:r>
      <w:proofErr w:type="spellStart"/>
      <w:r w:rsidRPr="00F20A73">
        <w:rPr>
          <w:rFonts w:ascii="Arial" w:hAnsi="Arial" w:cs="Arial"/>
          <w:sz w:val="24"/>
          <w:szCs w:val="24"/>
        </w:rPr>
        <w:t>včas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20A73">
        <w:rPr>
          <w:rFonts w:ascii="Arial" w:hAnsi="Arial" w:cs="Arial"/>
          <w:sz w:val="24"/>
          <w:szCs w:val="24"/>
        </w:rPr>
        <w:t>ideálně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v </w:t>
      </w:r>
      <w:proofErr w:type="spellStart"/>
      <w:r w:rsidRPr="00F20A73">
        <w:rPr>
          <w:rFonts w:ascii="Arial" w:hAnsi="Arial" w:cs="Arial"/>
          <w:sz w:val="24"/>
          <w:szCs w:val="24"/>
        </w:rPr>
        <w:t>průběhu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podzimu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před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zápisem</w:t>
      </w:r>
      <w:proofErr w:type="spellEnd"/>
    </w:p>
    <w:p w14:paraId="687440A6" w14:textId="0DDCBE48" w:rsidR="00F20A73" w:rsidRPr="00F20A73" w:rsidRDefault="00713C53" w:rsidP="00F20A73">
      <w:pPr>
        <w:pStyle w:val="Odstavecseseznamem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20A73">
        <w:rPr>
          <w:rFonts w:ascii="Arial" w:hAnsi="Arial" w:cs="Arial"/>
          <w:sz w:val="24"/>
          <w:szCs w:val="24"/>
        </w:rPr>
        <w:t>Odklad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není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neúspěch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, ale </w:t>
      </w:r>
      <w:proofErr w:type="spellStart"/>
      <w:r w:rsidRPr="00F20A73">
        <w:rPr>
          <w:rFonts w:ascii="Arial" w:hAnsi="Arial" w:cs="Arial"/>
          <w:sz w:val="24"/>
          <w:szCs w:val="24"/>
        </w:rPr>
        <w:t>šance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dát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dítěti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více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času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dozrát</w:t>
      </w:r>
      <w:proofErr w:type="spellEnd"/>
    </w:p>
    <w:p w14:paraId="6EA81758" w14:textId="682FD3C9" w:rsidR="00713C53" w:rsidRPr="00F20A73" w:rsidRDefault="00713C53" w:rsidP="00F20A73">
      <w:pPr>
        <w:pStyle w:val="Odstavecseseznamem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20A73">
        <w:rPr>
          <w:rFonts w:ascii="Arial" w:hAnsi="Arial" w:cs="Arial"/>
          <w:sz w:val="24"/>
          <w:szCs w:val="24"/>
        </w:rPr>
        <w:t>Během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odkladu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můžete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0A73">
        <w:rPr>
          <w:rFonts w:ascii="Arial" w:hAnsi="Arial" w:cs="Arial"/>
          <w:sz w:val="24"/>
          <w:szCs w:val="24"/>
        </w:rPr>
        <w:t>dítě</w:t>
      </w:r>
      <w:proofErr w:type="spellEnd"/>
      <w:r w:rsidRPr="00F20A73">
        <w:rPr>
          <w:rFonts w:ascii="Arial" w:hAnsi="Arial" w:cs="Arial"/>
          <w:sz w:val="24"/>
          <w:szCs w:val="24"/>
        </w:rPr>
        <w:t xml:space="preserve"> cíleně rozvíjet podle doporučení odborníků (řeč, motorika, pozornost, sebeobsluha)</w:t>
      </w:r>
    </w:p>
    <w:p w14:paraId="05AC46E6" w14:textId="608C73FF" w:rsidR="009505EE" w:rsidRPr="00F20A73" w:rsidRDefault="009505EE" w:rsidP="00F20A73">
      <w:pPr>
        <w:widowControl w:val="0"/>
        <w:autoSpaceDE w:val="0"/>
        <w:autoSpaceDN w:val="0"/>
        <w:spacing w:before="27" w:after="0" w:line="360" w:lineRule="auto"/>
        <w:ind w:left="5040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F20A73">
        <w:rPr>
          <w:rFonts w:ascii="Arial" w:hAnsi="Arial" w:cs="Arial"/>
          <w:color w:val="000000"/>
          <w:spacing w:val="-1"/>
          <w:sz w:val="24"/>
          <w:szCs w:val="24"/>
        </w:rPr>
        <w:t xml:space="preserve">     </w:t>
      </w:r>
      <w:r w:rsidR="00F20A73">
        <w:rPr>
          <w:rFonts w:ascii="Arial" w:hAnsi="Arial" w:cs="Arial"/>
          <w:color w:val="000000"/>
          <w:spacing w:val="-1"/>
          <w:sz w:val="24"/>
          <w:szCs w:val="24"/>
        </w:rPr>
        <w:tab/>
      </w:r>
      <w:r w:rsidR="00F20A73">
        <w:rPr>
          <w:rFonts w:ascii="Arial" w:hAnsi="Arial" w:cs="Arial"/>
          <w:color w:val="000000"/>
          <w:spacing w:val="-1"/>
          <w:sz w:val="24"/>
          <w:szCs w:val="24"/>
        </w:rPr>
        <w:tab/>
      </w:r>
      <w:r w:rsidRPr="00F20A73">
        <w:rPr>
          <w:rFonts w:ascii="Arial" w:hAnsi="Arial" w:cs="Arial"/>
          <w:color w:val="000000"/>
          <w:spacing w:val="-1"/>
          <w:sz w:val="24"/>
          <w:szCs w:val="24"/>
        </w:rPr>
        <w:t xml:space="preserve"> Mgr.</w:t>
      </w:r>
      <w:r w:rsidRPr="00F20A73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F20A73">
        <w:rPr>
          <w:rFonts w:ascii="Arial" w:hAnsi="Arial" w:cs="Arial"/>
          <w:color w:val="000000"/>
          <w:spacing w:val="-2"/>
          <w:sz w:val="24"/>
          <w:szCs w:val="24"/>
        </w:rPr>
        <w:t>Ivo</w:t>
      </w:r>
      <w:r w:rsidRPr="00F20A73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F20A73">
        <w:rPr>
          <w:rFonts w:ascii="Arial" w:hAnsi="Arial" w:cs="Arial"/>
          <w:color w:val="000000"/>
          <w:sz w:val="24"/>
          <w:szCs w:val="24"/>
        </w:rPr>
        <w:t>Schuster</w:t>
      </w:r>
    </w:p>
    <w:p w14:paraId="3D289D01" w14:textId="0C3A2BE7" w:rsidR="009505EE" w:rsidRPr="007F345D" w:rsidRDefault="00F20A73" w:rsidP="00F20A73">
      <w:pPr>
        <w:widowControl w:val="0"/>
        <w:autoSpaceDE w:val="0"/>
        <w:autoSpaceDN w:val="0"/>
        <w:spacing w:before="27" w:after="0" w:line="360" w:lineRule="auto"/>
        <w:ind w:left="648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</w:t>
      </w:r>
      <w:proofErr w:type="spellStart"/>
      <w:r w:rsidR="009505EE" w:rsidRPr="00F20A73">
        <w:rPr>
          <w:rFonts w:ascii="Arial" w:hAnsi="Arial" w:cs="Arial"/>
          <w:color w:val="000000"/>
          <w:sz w:val="24"/>
          <w:szCs w:val="24"/>
        </w:rPr>
        <w:t>ředitel</w:t>
      </w:r>
      <w:proofErr w:type="spellEnd"/>
      <w:r w:rsidR="009505EE" w:rsidRPr="00F20A73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="009505EE" w:rsidRPr="00F20A73">
        <w:rPr>
          <w:rFonts w:ascii="Arial" w:hAnsi="Arial" w:cs="Arial"/>
          <w:color w:val="000000"/>
          <w:spacing w:val="-3"/>
          <w:sz w:val="24"/>
          <w:szCs w:val="24"/>
        </w:rPr>
        <w:t>ZŠ</w:t>
      </w:r>
      <w:r w:rsidR="009505EE" w:rsidRPr="00F20A73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="009505EE" w:rsidRPr="00F20A73">
        <w:rPr>
          <w:rFonts w:ascii="Arial" w:hAnsi="Arial" w:cs="Arial"/>
          <w:color w:val="000000"/>
          <w:sz w:val="24"/>
          <w:szCs w:val="24"/>
        </w:rPr>
        <w:t>a</w:t>
      </w:r>
      <w:r w:rsidR="009505EE" w:rsidRPr="00F20A73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="009505EE" w:rsidRPr="00F20A73">
        <w:rPr>
          <w:rFonts w:ascii="Arial" w:hAnsi="Arial" w:cs="Arial"/>
          <w:color w:val="000000"/>
          <w:sz w:val="24"/>
          <w:szCs w:val="24"/>
        </w:rPr>
        <w:t>MŠ</w:t>
      </w:r>
      <w:r w:rsidR="009505EE" w:rsidRPr="00F20A73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="009505EE" w:rsidRPr="00F20A73">
        <w:rPr>
          <w:rFonts w:ascii="Arial" w:hAnsi="Arial" w:cs="Arial"/>
          <w:color w:val="000000"/>
          <w:sz w:val="24"/>
          <w:szCs w:val="24"/>
        </w:rPr>
        <w:t>Rudolfov</w:t>
      </w:r>
    </w:p>
    <w:p w14:paraId="0072DF30" w14:textId="77777777" w:rsidR="009505EE" w:rsidRPr="00155192" w:rsidRDefault="009505EE" w:rsidP="00F20A7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9505EE" w:rsidRPr="00155192" w:rsidSect="00713C53">
      <w:headerReference w:type="default" r:id="rId8"/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232DB4" w14:textId="77777777" w:rsidR="0087101C" w:rsidRDefault="0087101C" w:rsidP="00146187">
      <w:pPr>
        <w:spacing w:after="0" w:line="240" w:lineRule="auto"/>
      </w:pPr>
      <w:r>
        <w:separator/>
      </w:r>
    </w:p>
  </w:endnote>
  <w:endnote w:type="continuationSeparator" w:id="0">
    <w:p w14:paraId="4596587D" w14:textId="77777777" w:rsidR="0087101C" w:rsidRDefault="0087101C" w:rsidP="00146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376F3D" w14:textId="77777777" w:rsidR="0087101C" w:rsidRDefault="0087101C" w:rsidP="00146187">
      <w:pPr>
        <w:spacing w:after="0" w:line="240" w:lineRule="auto"/>
      </w:pPr>
      <w:r>
        <w:separator/>
      </w:r>
    </w:p>
  </w:footnote>
  <w:footnote w:type="continuationSeparator" w:id="0">
    <w:p w14:paraId="2865BF22" w14:textId="77777777" w:rsidR="0087101C" w:rsidRDefault="0087101C" w:rsidP="00146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C0D617" w14:textId="77777777" w:rsidR="00146187" w:rsidRPr="00155192" w:rsidRDefault="00146187" w:rsidP="00146187">
    <w:pPr>
      <w:pStyle w:val="Zhlav"/>
      <w:jc w:val="center"/>
      <w:rPr>
        <w:rFonts w:ascii="Arial" w:hAnsi="Arial" w:cs="Arial"/>
        <w:b/>
        <w:color w:val="A6A6A6" w:themeColor="background1" w:themeShade="A6"/>
        <w:sz w:val="32"/>
        <w:szCs w:val="32"/>
      </w:rPr>
    </w:pPr>
    <w:bookmarkStart w:id="1" w:name="_Hlk188378452"/>
    <w:bookmarkStart w:id="2" w:name="_Hlk188378453"/>
    <w:r w:rsidRPr="00155192">
      <w:rPr>
        <w:noProof/>
        <w:color w:val="A6A6A6" w:themeColor="background1" w:themeShade="A6"/>
      </w:rPr>
      <w:drawing>
        <wp:anchor distT="0" distB="0" distL="114300" distR="114300" simplePos="0" relativeHeight="251659264" behindDoc="1" locked="0" layoutInCell="1" allowOverlap="1" wp14:anchorId="49A21B55" wp14:editId="022F3DD8">
          <wp:simplePos x="0" y="0"/>
          <wp:positionH relativeFrom="column">
            <wp:posOffset>255905</wp:posOffset>
          </wp:positionH>
          <wp:positionV relativeFrom="paragraph">
            <wp:posOffset>-168275</wp:posOffset>
          </wp:positionV>
          <wp:extent cx="609600" cy="615950"/>
          <wp:effectExtent l="0" t="0" r="0" b="0"/>
          <wp:wrapTight wrapText="bothSides">
            <wp:wrapPolygon edited="0">
              <wp:start x="8550" y="445"/>
              <wp:lineTo x="5850" y="1781"/>
              <wp:lineTo x="900" y="6680"/>
              <wp:lineTo x="1800" y="15588"/>
              <wp:lineTo x="6750" y="19151"/>
              <wp:lineTo x="7650" y="20041"/>
              <wp:lineTo x="13050" y="20041"/>
              <wp:lineTo x="13950" y="19151"/>
              <wp:lineTo x="18900" y="15588"/>
              <wp:lineTo x="20250" y="9798"/>
              <wp:lineTo x="20250" y="6680"/>
              <wp:lineTo x="14850" y="1781"/>
              <wp:lineTo x="12150" y="445"/>
              <wp:lineTo x="8550" y="445"/>
            </wp:wrapPolygon>
          </wp:wrapTight>
          <wp:docPr id="1" name="Obrázek 1" descr="Obsah obrázku symbol, logo, Písmo, Obchodní značka&#10;&#10;Popis byl vytvořen automaticky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symbol, logo, Písmo, Obchodní značka&#10;&#10;Popis byl vytvořen automaticky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Pr="00155192">
      <w:rPr>
        <w:rFonts w:ascii="Arial" w:hAnsi="Arial" w:cs="Arial"/>
        <w:b/>
        <w:color w:val="A6A6A6" w:themeColor="background1" w:themeShade="A6"/>
        <w:sz w:val="32"/>
        <w:szCs w:val="32"/>
      </w:rPr>
      <w:t>Základní</w:t>
    </w:r>
    <w:proofErr w:type="spellEnd"/>
    <w:r w:rsidRPr="00155192">
      <w:rPr>
        <w:rFonts w:ascii="Arial" w:hAnsi="Arial" w:cs="Arial"/>
        <w:b/>
        <w:color w:val="A6A6A6" w:themeColor="background1" w:themeShade="A6"/>
        <w:sz w:val="32"/>
        <w:szCs w:val="32"/>
      </w:rPr>
      <w:t xml:space="preserve"> </w:t>
    </w:r>
    <w:proofErr w:type="spellStart"/>
    <w:r w:rsidRPr="00155192">
      <w:rPr>
        <w:rFonts w:ascii="Arial" w:hAnsi="Arial" w:cs="Arial"/>
        <w:b/>
        <w:color w:val="A6A6A6" w:themeColor="background1" w:themeShade="A6"/>
        <w:sz w:val="32"/>
        <w:szCs w:val="32"/>
      </w:rPr>
      <w:t>škola</w:t>
    </w:r>
    <w:proofErr w:type="spellEnd"/>
    <w:r w:rsidRPr="00155192">
      <w:rPr>
        <w:rFonts w:ascii="Arial" w:hAnsi="Arial" w:cs="Arial"/>
        <w:b/>
        <w:color w:val="A6A6A6" w:themeColor="background1" w:themeShade="A6"/>
        <w:sz w:val="32"/>
        <w:szCs w:val="32"/>
      </w:rPr>
      <w:t xml:space="preserve"> a </w:t>
    </w:r>
    <w:proofErr w:type="spellStart"/>
    <w:r w:rsidRPr="00155192">
      <w:rPr>
        <w:rFonts w:ascii="Arial" w:hAnsi="Arial" w:cs="Arial"/>
        <w:b/>
        <w:color w:val="A6A6A6" w:themeColor="background1" w:themeShade="A6"/>
        <w:sz w:val="32"/>
        <w:szCs w:val="32"/>
      </w:rPr>
      <w:t>Mateřská</w:t>
    </w:r>
    <w:proofErr w:type="spellEnd"/>
    <w:r w:rsidRPr="00155192">
      <w:rPr>
        <w:rFonts w:ascii="Arial" w:hAnsi="Arial" w:cs="Arial"/>
        <w:b/>
        <w:color w:val="A6A6A6" w:themeColor="background1" w:themeShade="A6"/>
        <w:sz w:val="32"/>
        <w:szCs w:val="32"/>
      </w:rPr>
      <w:t xml:space="preserve"> </w:t>
    </w:r>
    <w:proofErr w:type="spellStart"/>
    <w:r w:rsidRPr="00155192">
      <w:rPr>
        <w:rFonts w:ascii="Arial" w:hAnsi="Arial" w:cs="Arial"/>
        <w:b/>
        <w:color w:val="A6A6A6" w:themeColor="background1" w:themeShade="A6"/>
        <w:sz w:val="32"/>
        <w:szCs w:val="32"/>
      </w:rPr>
      <w:t>škola</w:t>
    </w:r>
    <w:proofErr w:type="spellEnd"/>
    <w:r w:rsidRPr="00155192">
      <w:rPr>
        <w:rFonts w:ascii="Arial" w:hAnsi="Arial" w:cs="Arial"/>
        <w:b/>
        <w:color w:val="A6A6A6" w:themeColor="background1" w:themeShade="A6"/>
        <w:sz w:val="32"/>
        <w:szCs w:val="32"/>
      </w:rPr>
      <w:t xml:space="preserve"> Rudolfov</w:t>
    </w:r>
  </w:p>
  <w:p w14:paraId="31E2173C" w14:textId="77777777" w:rsidR="00146187" w:rsidRPr="00155192" w:rsidRDefault="00146187" w:rsidP="00146187">
    <w:pPr>
      <w:pStyle w:val="Zhlav"/>
      <w:jc w:val="center"/>
      <w:rPr>
        <w:rFonts w:ascii="Arial" w:hAnsi="Arial" w:cs="Arial"/>
        <w:b/>
        <w:color w:val="A6A6A6" w:themeColor="background1" w:themeShade="A6"/>
        <w:sz w:val="32"/>
        <w:szCs w:val="32"/>
      </w:rPr>
    </w:pPr>
    <w:r w:rsidRPr="00155192">
      <w:rPr>
        <w:rFonts w:ascii="Arial" w:hAnsi="Arial" w:cs="Arial"/>
        <w:b/>
        <w:color w:val="A6A6A6" w:themeColor="background1" w:themeShade="A6"/>
        <w:sz w:val="32"/>
        <w:szCs w:val="32"/>
      </w:rPr>
      <w:t xml:space="preserve">Na </w:t>
    </w:r>
    <w:proofErr w:type="spellStart"/>
    <w:r w:rsidRPr="00155192">
      <w:rPr>
        <w:rFonts w:ascii="Arial" w:hAnsi="Arial" w:cs="Arial"/>
        <w:b/>
        <w:color w:val="A6A6A6" w:themeColor="background1" w:themeShade="A6"/>
        <w:sz w:val="32"/>
        <w:szCs w:val="32"/>
      </w:rPr>
      <w:t>Točně</w:t>
    </w:r>
    <w:proofErr w:type="spellEnd"/>
    <w:r w:rsidRPr="00155192">
      <w:rPr>
        <w:rFonts w:ascii="Arial" w:hAnsi="Arial" w:cs="Arial"/>
        <w:b/>
        <w:color w:val="A6A6A6" w:themeColor="background1" w:themeShade="A6"/>
        <w:sz w:val="32"/>
        <w:szCs w:val="32"/>
      </w:rPr>
      <w:t xml:space="preserve"> 192/5, 373 71 Rudolfov</w:t>
    </w:r>
    <w:bookmarkEnd w:id="1"/>
    <w:bookmarkEnd w:id="2"/>
  </w:p>
  <w:p w14:paraId="557A4B39" w14:textId="77777777" w:rsidR="00146187" w:rsidRDefault="0014618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4F2026"/>
    <w:multiLevelType w:val="hybridMultilevel"/>
    <w:tmpl w:val="1CFA2190"/>
    <w:lvl w:ilvl="0" w:tplc="6400C23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804EEB"/>
    <w:multiLevelType w:val="hybridMultilevel"/>
    <w:tmpl w:val="E61447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F9652A"/>
    <w:multiLevelType w:val="hybridMultilevel"/>
    <w:tmpl w:val="6EDA439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63421DA"/>
    <w:multiLevelType w:val="hybridMultilevel"/>
    <w:tmpl w:val="C728C9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71C9"/>
    <w:rsid w:val="0006063C"/>
    <w:rsid w:val="00146187"/>
    <w:rsid w:val="0015074B"/>
    <w:rsid w:val="00155192"/>
    <w:rsid w:val="002768D3"/>
    <w:rsid w:val="0029639D"/>
    <w:rsid w:val="00326F90"/>
    <w:rsid w:val="0064329E"/>
    <w:rsid w:val="00713C53"/>
    <w:rsid w:val="007E7FC3"/>
    <w:rsid w:val="0087101C"/>
    <w:rsid w:val="009505EE"/>
    <w:rsid w:val="00A0300B"/>
    <w:rsid w:val="00AA1D8D"/>
    <w:rsid w:val="00B47730"/>
    <w:rsid w:val="00BA41FC"/>
    <w:rsid w:val="00BB0A02"/>
    <w:rsid w:val="00BE1199"/>
    <w:rsid w:val="00BF2DE9"/>
    <w:rsid w:val="00CA30C7"/>
    <w:rsid w:val="00CB0664"/>
    <w:rsid w:val="00CD7ACF"/>
    <w:rsid w:val="00D014AF"/>
    <w:rsid w:val="00D6441C"/>
    <w:rsid w:val="00DA5655"/>
    <w:rsid w:val="00E75A7D"/>
    <w:rsid w:val="00E870AB"/>
    <w:rsid w:val="00ED5D1B"/>
    <w:rsid w:val="00F20A73"/>
    <w:rsid w:val="00F45106"/>
    <w:rsid w:val="00FC693F"/>
    <w:rsid w:val="00FE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63D7AC"/>
  <w14:defaultImageDpi w14:val="300"/>
  <w15:docId w15:val="{2119E68C-F6D0-B941-97FE-93C97D5A3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DB0952-28C6-4B99-A428-EACDCEB35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414</Words>
  <Characters>2448</Characters>
  <Application>Microsoft Office Word</Application>
  <DocSecurity>0</DocSecurity>
  <Lines>20</Lines>
  <Paragraphs>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5</vt:i4>
      </vt:variant>
      <vt:variant>
        <vt:lpstr>Title</vt:lpstr>
      </vt:variant>
      <vt:variant>
        <vt:i4>1</vt:i4>
      </vt:variant>
    </vt:vector>
  </HeadingPairs>
  <TitlesOfParts>
    <vt:vector size="7" baseType="lpstr">
      <vt:lpstr/>
      <vt:lpstr>Informace pro zákonné zástupce– odklad povinné školní docházky 2026/2027</vt:lpstr>
      <vt:lpstr>    Co znamená odklad povinné školní docházky</vt:lpstr>
      <vt:lpstr>    2) Podmínky pro děti, které dovrší 6 let od 1. 4. do 31. 8. 2026</vt:lpstr>
      <vt:lpstr>    Postup krok za krokem</vt:lpstr>
      <vt:lpstr>    Doporučení pro zákonné zástupce</vt:lpstr>
      <vt:lpstr/>
    </vt:vector>
  </TitlesOfParts>
  <Manager/>
  <Company/>
  <LinksUpToDate>false</LinksUpToDate>
  <CharactersWithSpaces>2857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Brůhová Daniela</cp:lastModifiedBy>
  <cp:revision>5</cp:revision>
  <cp:lastPrinted>2025-11-28T14:40:00Z</cp:lastPrinted>
  <dcterms:created xsi:type="dcterms:W3CDTF">2025-11-28T06:58:00Z</dcterms:created>
  <dcterms:modified xsi:type="dcterms:W3CDTF">2025-11-28T14:45:00Z</dcterms:modified>
  <cp:category/>
</cp:coreProperties>
</file>